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1"/>
        <w:gridCol w:w="1411"/>
        <w:gridCol w:w="2981"/>
        <w:gridCol w:w="1123"/>
        <w:gridCol w:w="1656"/>
        <w:gridCol w:w="4680"/>
        <w:gridCol w:w="1852"/>
      </w:tblGrid>
      <w:tr w:rsidR="00AA6F14" w14:paraId="7785D699" w14:textId="77777777" w:rsidTr="00833645">
        <w:trPr>
          <w:jc w:val="center"/>
        </w:trPr>
        <w:tc>
          <w:tcPr>
            <w:tcW w:w="259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DFD45EC" w14:textId="221D3768" w:rsidR="00AA6F1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07F0F4E" wp14:editId="357AFB01">
                  <wp:extent cx="1371600" cy="7266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irt_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726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92" w:type="dxa"/>
            <w:gridSpan w:val="5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8704EA5" w14:textId="77777777" w:rsidR="00AA6F14" w:rsidRDefault="00000000">
            <w:pPr>
              <w:jc w:val="center"/>
            </w:pPr>
            <w:r>
              <w:rPr>
                <w:b/>
                <w:sz w:val="22"/>
              </w:rPr>
              <w:t>SİİRT ÜNİVERSİTESİ</w:t>
            </w:r>
            <w:r>
              <w:rPr>
                <w:b/>
                <w:sz w:val="22"/>
              </w:rPr>
              <w:br/>
            </w:r>
            <w:r>
              <w:rPr>
                <w:b/>
                <w:sz w:val="20"/>
              </w:rPr>
              <w:t>FEN EDEBİYAT FAKÜLTESİ</w:t>
            </w:r>
            <w:r>
              <w:rPr>
                <w:b/>
                <w:sz w:val="20"/>
              </w:rPr>
              <w:br/>
              <w:t>SOSYOLOJİ BÖLÜMÜ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2"/>
              </w:rPr>
              <w:t>2026-2027 EĞİTİM-ÖĞRETİM YILI GÜZ YARIYILI</w:t>
            </w:r>
            <w:r>
              <w:rPr>
                <w:b/>
                <w:sz w:val="22"/>
              </w:rPr>
              <w:br/>
              <w:t>VİZE SINAV PROGRAMI</w:t>
            </w:r>
            <w:r>
              <w:rPr>
                <w:b/>
                <w:sz w:val="22"/>
              </w:rPr>
              <w:br/>
              <w:t>07.11.2026-15.11.2026</w:t>
            </w:r>
          </w:p>
        </w:tc>
      </w:tr>
      <w:tr w:rsidR="00AA6F14" w14:paraId="5764267F" w14:textId="77777777" w:rsidTr="00833645">
        <w:trPr>
          <w:tblHeader/>
          <w:jc w:val="center"/>
        </w:trPr>
        <w:tc>
          <w:tcPr>
            <w:tcW w:w="118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486906F" w14:textId="77777777" w:rsidR="00AA6F14" w:rsidRPr="00E61C6E" w:rsidRDefault="00000000" w:rsidP="007408D2">
            <w:pPr>
              <w:jc w:val="center"/>
              <w:rPr>
                <w:highlight w:val="yellow"/>
              </w:rPr>
            </w:pPr>
            <w:r w:rsidRPr="00E61C6E">
              <w:rPr>
                <w:b/>
                <w:highlight w:val="yellow"/>
              </w:rPr>
              <w:t>TARİH</w:t>
            </w:r>
          </w:p>
        </w:tc>
        <w:tc>
          <w:tcPr>
            <w:tcW w:w="439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95FDEE6" w14:textId="77777777" w:rsidR="00AA6F14" w:rsidRPr="00E61C6E" w:rsidRDefault="00000000" w:rsidP="007408D2">
            <w:pPr>
              <w:jc w:val="center"/>
              <w:rPr>
                <w:highlight w:val="yellow"/>
              </w:rPr>
            </w:pPr>
            <w:r w:rsidRPr="00E61C6E">
              <w:rPr>
                <w:b/>
                <w:highlight w:val="yellow"/>
              </w:rPr>
              <w:t>DERSLER</w:t>
            </w:r>
          </w:p>
        </w:tc>
        <w:tc>
          <w:tcPr>
            <w:tcW w:w="112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DF6D89A" w14:textId="77777777" w:rsidR="00AA6F14" w:rsidRPr="00E61C6E" w:rsidRDefault="00000000" w:rsidP="007408D2">
            <w:pPr>
              <w:jc w:val="center"/>
              <w:rPr>
                <w:highlight w:val="yellow"/>
              </w:rPr>
            </w:pPr>
            <w:r w:rsidRPr="00E61C6E">
              <w:rPr>
                <w:b/>
                <w:highlight w:val="yellow"/>
              </w:rPr>
              <w:t>SAAT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1E04484" w14:textId="77777777" w:rsidR="00AA6F14" w:rsidRPr="00E61C6E" w:rsidRDefault="00000000" w:rsidP="007408D2">
            <w:pPr>
              <w:jc w:val="center"/>
              <w:rPr>
                <w:highlight w:val="yellow"/>
              </w:rPr>
            </w:pPr>
            <w:r w:rsidRPr="00E61C6E">
              <w:rPr>
                <w:b/>
                <w:highlight w:val="yellow"/>
              </w:rPr>
              <w:t>DERSLİK</w:t>
            </w:r>
          </w:p>
        </w:tc>
        <w:tc>
          <w:tcPr>
            <w:tcW w:w="46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3B15B1D" w14:textId="77777777" w:rsidR="00AA6F14" w:rsidRPr="00E61C6E" w:rsidRDefault="00000000" w:rsidP="007408D2">
            <w:pPr>
              <w:jc w:val="center"/>
              <w:rPr>
                <w:highlight w:val="yellow"/>
              </w:rPr>
            </w:pPr>
            <w:r w:rsidRPr="00E61C6E">
              <w:rPr>
                <w:b/>
                <w:highlight w:val="yellow"/>
              </w:rPr>
              <w:t>GÖZETMEN</w:t>
            </w:r>
          </w:p>
        </w:tc>
        <w:tc>
          <w:tcPr>
            <w:tcW w:w="185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601353C" w14:textId="77777777" w:rsidR="00AA6F14" w:rsidRPr="00E61C6E" w:rsidRDefault="00000000" w:rsidP="007408D2">
            <w:pPr>
              <w:jc w:val="center"/>
              <w:rPr>
                <w:highlight w:val="yellow"/>
              </w:rPr>
            </w:pPr>
            <w:r w:rsidRPr="00E61C6E">
              <w:rPr>
                <w:b/>
                <w:highlight w:val="yellow"/>
              </w:rPr>
              <w:t>SINIF</w:t>
            </w:r>
          </w:p>
        </w:tc>
      </w:tr>
      <w:tr w:rsidR="001C04B5" w14:paraId="0EF6A39E" w14:textId="77777777" w:rsidTr="00833645">
        <w:trPr>
          <w:cantSplit/>
          <w:jc w:val="center"/>
        </w:trPr>
        <w:tc>
          <w:tcPr>
            <w:tcW w:w="1181" w:type="dxa"/>
            <w:vMerge w:val="restart"/>
            <w:vAlign w:val="center"/>
          </w:tcPr>
          <w:p w14:paraId="779EB1E3" w14:textId="420F06F3" w:rsidR="004D37EB" w:rsidRPr="00B4571A" w:rsidRDefault="001C04B5" w:rsidP="007408D2">
            <w:pPr>
              <w:jc w:val="center"/>
              <w:rPr>
                <w:b/>
                <w:bCs/>
              </w:rPr>
            </w:pPr>
            <w:r w:rsidRPr="00B4571A">
              <w:rPr>
                <w:b/>
                <w:bCs/>
              </w:rPr>
              <w:t>07.11.2026</w:t>
            </w:r>
          </w:p>
          <w:p w14:paraId="35E2398E" w14:textId="1F01E2C6" w:rsidR="001C04B5" w:rsidRPr="00237D2B" w:rsidRDefault="001C04B5" w:rsidP="007408D2">
            <w:pPr>
              <w:jc w:val="center"/>
              <w:rPr>
                <w:b/>
                <w:bCs/>
              </w:rPr>
            </w:pPr>
            <w:proofErr w:type="spellStart"/>
            <w:r w:rsidRPr="00B4571A">
              <w:rPr>
                <w:b/>
                <w:bCs/>
              </w:rPr>
              <w:t>C</w:t>
            </w:r>
            <w:r w:rsidR="007408D2">
              <w:rPr>
                <w:b/>
                <w:bCs/>
              </w:rPr>
              <w:t>umartesi</w:t>
            </w:r>
            <w:proofErr w:type="spellEnd"/>
          </w:p>
          <w:p w14:paraId="3F65CADE" w14:textId="77777777" w:rsidR="001C04B5" w:rsidRPr="00237D2B" w:rsidRDefault="001C04B5" w:rsidP="007408D2">
            <w:pPr>
              <w:jc w:val="center"/>
              <w:rPr>
                <w:b/>
                <w:bCs/>
              </w:rPr>
            </w:pPr>
          </w:p>
        </w:tc>
        <w:tc>
          <w:tcPr>
            <w:tcW w:w="439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F247553" w14:textId="2A735F95" w:rsidR="001C04B5" w:rsidRPr="00BB5356" w:rsidRDefault="001C04B5" w:rsidP="007408D2">
            <w:pPr>
              <w:spacing w:before="20" w:after="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Sosyolojide</w:t>
            </w:r>
            <w:proofErr w:type="spellEnd"/>
            <w:r>
              <w:rPr>
                <w:b/>
              </w:rPr>
              <w:t xml:space="preserve"> Temel </w:t>
            </w:r>
            <w:proofErr w:type="spellStart"/>
            <w:r>
              <w:rPr>
                <w:b/>
              </w:rPr>
              <w:t>Kavramlar</w:t>
            </w:r>
            <w:proofErr w:type="spellEnd"/>
          </w:p>
        </w:tc>
        <w:tc>
          <w:tcPr>
            <w:tcW w:w="112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4B5C059" w14:textId="0C1F77F8" w:rsidR="001C04B5" w:rsidRPr="00BB5356" w:rsidRDefault="001C04B5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10.00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BA1164E" w14:textId="4AA12E33" w:rsidR="001C04B5" w:rsidRPr="00BB5356" w:rsidRDefault="001C04B5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A6</w:t>
            </w:r>
          </w:p>
        </w:tc>
        <w:tc>
          <w:tcPr>
            <w:tcW w:w="46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DE1B7D4" w14:textId="53E2F4B6" w:rsidR="001C04B5" w:rsidRPr="00BB5356" w:rsidRDefault="001C04B5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DERS HOCASI</w:t>
            </w:r>
          </w:p>
        </w:tc>
        <w:tc>
          <w:tcPr>
            <w:tcW w:w="185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75625D9" w14:textId="56C48DD3" w:rsidR="001C04B5" w:rsidRPr="00BB5356" w:rsidRDefault="001C04B5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1. </w:t>
            </w:r>
            <w:proofErr w:type="spellStart"/>
            <w:r>
              <w:rPr>
                <w:sz w:val="17"/>
              </w:rPr>
              <w:t>sınıf</w:t>
            </w:r>
            <w:proofErr w:type="spellEnd"/>
          </w:p>
        </w:tc>
      </w:tr>
      <w:tr w:rsidR="001C04B5" w14:paraId="38242931" w14:textId="77777777" w:rsidTr="00833645">
        <w:trPr>
          <w:cantSplit/>
          <w:jc w:val="center"/>
        </w:trPr>
        <w:tc>
          <w:tcPr>
            <w:tcW w:w="1181" w:type="dxa"/>
            <w:vMerge/>
            <w:vAlign w:val="center"/>
          </w:tcPr>
          <w:p w14:paraId="459455FF" w14:textId="77777777" w:rsidR="001C04B5" w:rsidRPr="00237D2B" w:rsidRDefault="001C04B5" w:rsidP="007408D2">
            <w:pPr>
              <w:jc w:val="center"/>
              <w:rPr>
                <w:b/>
                <w:bCs/>
              </w:rPr>
            </w:pPr>
          </w:p>
        </w:tc>
        <w:tc>
          <w:tcPr>
            <w:tcW w:w="439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6B3FA17" w14:textId="745F9B63" w:rsidR="001C04B5" w:rsidRPr="00BB5356" w:rsidRDefault="001C04B5" w:rsidP="007408D2">
            <w:pPr>
              <w:spacing w:before="20" w:after="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Toplumsal</w:t>
            </w:r>
            <w:proofErr w:type="spellEnd"/>
            <w:r>
              <w:rPr>
                <w:b/>
              </w:rPr>
              <w:t xml:space="preserve"> Alan </w:t>
            </w:r>
            <w:proofErr w:type="spellStart"/>
            <w:r>
              <w:rPr>
                <w:b/>
              </w:rPr>
              <w:t>Araştırmaları</w:t>
            </w:r>
            <w:proofErr w:type="spellEnd"/>
          </w:p>
        </w:tc>
        <w:tc>
          <w:tcPr>
            <w:tcW w:w="112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18E381F" w14:textId="5C8499E9" w:rsidR="001C04B5" w:rsidRPr="00BB5356" w:rsidRDefault="001C04B5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  <w:r w:rsidR="00DD3095">
              <w:rPr>
                <w:sz w:val="17"/>
              </w:rPr>
              <w:t>1</w:t>
            </w:r>
            <w:r>
              <w:rPr>
                <w:sz w:val="17"/>
              </w:rPr>
              <w:t>.00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80BC916" w14:textId="5010C211" w:rsidR="001C04B5" w:rsidRPr="00BB5356" w:rsidRDefault="001C04B5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A</w:t>
            </w:r>
            <w:r w:rsidR="004B05AF">
              <w:rPr>
                <w:sz w:val="17"/>
              </w:rPr>
              <w:t>5</w:t>
            </w:r>
          </w:p>
        </w:tc>
        <w:tc>
          <w:tcPr>
            <w:tcW w:w="46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72E4A4E" w14:textId="55AC46F9" w:rsidR="001C04B5" w:rsidRPr="00BB5356" w:rsidRDefault="001C04B5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DERS HOCASI</w:t>
            </w:r>
          </w:p>
        </w:tc>
        <w:tc>
          <w:tcPr>
            <w:tcW w:w="185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5E548BC" w14:textId="1F4A2D15" w:rsidR="001C04B5" w:rsidRPr="00BB5356" w:rsidRDefault="001C04B5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3. </w:t>
            </w:r>
            <w:proofErr w:type="spellStart"/>
            <w:r>
              <w:rPr>
                <w:sz w:val="17"/>
              </w:rPr>
              <w:t>sınıf</w:t>
            </w:r>
            <w:proofErr w:type="spellEnd"/>
          </w:p>
        </w:tc>
      </w:tr>
      <w:tr w:rsidR="001C04B5" w14:paraId="317179CB" w14:textId="77777777" w:rsidTr="00833645">
        <w:trPr>
          <w:cantSplit/>
          <w:jc w:val="center"/>
        </w:trPr>
        <w:tc>
          <w:tcPr>
            <w:tcW w:w="1181" w:type="dxa"/>
            <w:vMerge/>
            <w:vAlign w:val="center"/>
          </w:tcPr>
          <w:p w14:paraId="3B19C103" w14:textId="77777777" w:rsidR="001C04B5" w:rsidRDefault="001C04B5" w:rsidP="007408D2">
            <w:pPr>
              <w:jc w:val="center"/>
            </w:pPr>
          </w:p>
        </w:tc>
        <w:tc>
          <w:tcPr>
            <w:tcW w:w="439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60E6C66" w14:textId="00B45BC5" w:rsidR="001C04B5" w:rsidRDefault="001C04B5" w:rsidP="007408D2">
            <w:pPr>
              <w:spacing w:before="20" w:after="20"/>
              <w:jc w:val="center"/>
            </w:pPr>
            <w:proofErr w:type="spellStart"/>
            <w:r>
              <w:rPr>
                <w:b/>
              </w:rPr>
              <w:t>Eğitime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Giriş</w:t>
            </w:r>
            <w:proofErr w:type="spellEnd"/>
            <w:r>
              <w:rPr>
                <w:b/>
              </w:rPr>
              <w:t xml:space="preserve"> (PFE201)</w:t>
            </w:r>
          </w:p>
        </w:tc>
        <w:tc>
          <w:tcPr>
            <w:tcW w:w="112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2617CDD" w14:textId="2B7E32EB" w:rsidR="001C04B5" w:rsidRDefault="001C04B5" w:rsidP="007408D2">
            <w:pPr>
              <w:spacing w:before="20" w:after="20"/>
              <w:jc w:val="center"/>
            </w:pPr>
            <w:r>
              <w:rPr>
                <w:sz w:val="17"/>
              </w:rPr>
              <w:t>13.00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1001523" w14:textId="48ACF9BB" w:rsidR="001C04B5" w:rsidRDefault="00DD3095" w:rsidP="007408D2">
            <w:pPr>
              <w:spacing w:before="20" w:after="20"/>
              <w:jc w:val="center"/>
            </w:pPr>
            <w:r>
              <w:rPr>
                <w:sz w:val="17"/>
              </w:rPr>
              <w:t>A4-A5-A6</w:t>
            </w:r>
          </w:p>
        </w:tc>
        <w:tc>
          <w:tcPr>
            <w:tcW w:w="46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B3793F0" w14:textId="3975B931" w:rsidR="001C04B5" w:rsidRDefault="001C04B5" w:rsidP="007408D2">
            <w:pPr>
              <w:spacing w:before="20" w:after="20"/>
              <w:jc w:val="center"/>
            </w:pPr>
            <w:r>
              <w:rPr>
                <w:sz w:val="17"/>
              </w:rPr>
              <w:t>DERS HOCASI</w:t>
            </w:r>
          </w:p>
        </w:tc>
        <w:tc>
          <w:tcPr>
            <w:tcW w:w="185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E334F2F" w14:textId="0042C20E" w:rsidR="001C04B5" w:rsidRDefault="001C04B5" w:rsidP="007408D2">
            <w:pPr>
              <w:spacing w:before="20" w:after="20"/>
              <w:jc w:val="center"/>
            </w:pPr>
            <w:r>
              <w:rPr>
                <w:sz w:val="17"/>
              </w:rPr>
              <w:t xml:space="preserve">2. </w:t>
            </w:r>
            <w:proofErr w:type="spellStart"/>
            <w:r>
              <w:rPr>
                <w:sz w:val="17"/>
              </w:rPr>
              <w:t>sınıf</w:t>
            </w:r>
            <w:proofErr w:type="spellEnd"/>
          </w:p>
        </w:tc>
      </w:tr>
      <w:tr w:rsidR="00F76074" w14:paraId="23316754" w14:textId="77777777" w:rsidTr="00833645">
        <w:trPr>
          <w:cantSplit/>
          <w:jc w:val="center"/>
        </w:trPr>
        <w:tc>
          <w:tcPr>
            <w:tcW w:w="1181" w:type="dxa"/>
            <w:vMerge/>
            <w:vAlign w:val="center"/>
          </w:tcPr>
          <w:p w14:paraId="4B8E7789" w14:textId="77777777" w:rsidR="00F76074" w:rsidRDefault="00F76074" w:rsidP="007408D2">
            <w:pPr>
              <w:jc w:val="center"/>
            </w:pPr>
          </w:p>
        </w:tc>
        <w:tc>
          <w:tcPr>
            <w:tcW w:w="439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38C9A49" w14:textId="4739AD00" w:rsidR="00F76074" w:rsidRDefault="00F76074" w:rsidP="007408D2">
            <w:pPr>
              <w:spacing w:before="20" w:after="20"/>
              <w:jc w:val="center"/>
              <w:rPr>
                <w:b/>
              </w:rPr>
            </w:pPr>
            <w:proofErr w:type="spellStart"/>
            <w:r w:rsidRPr="00750E42">
              <w:rPr>
                <w:b/>
              </w:rPr>
              <w:t>Kimlikler</w:t>
            </w:r>
            <w:proofErr w:type="spellEnd"/>
            <w:r w:rsidRPr="00750E42">
              <w:rPr>
                <w:b/>
              </w:rPr>
              <w:t xml:space="preserve"> </w:t>
            </w:r>
            <w:proofErr w:type="spellStart"/>
            <w:r w:rsidRPr="00750E42">
              <w:rPr>
                <w:b/>
              </w:rPr>
              <w:t>Sosyolojisi</w:t>
            </w:r>
            <w:proofErr w:type="spellEnd"/>
          </w:p>
        </w:tc>
        <w:tc>
          <w:tcPr>
            <w:tcW w:w="112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407C25B" w14:textId="04EE31F2" w:rsidR="00F76074" w:rsidRDefault="00C12B8E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14</w:t>
            </w:r>
            <w:r w:rsidR="00F76074" w:rsidRPr="00750E42">
              <w:rPr>
                <w:sz w:val="17"/>
              </w:rPr>
              <w:t>.00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8B7DCC0" w14:textId="695227D2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  <w:r w:rsidRPr="00750E42">
              <w:rPr>
                <w:sz w:val="17"/>
              </w:rPr>
              <w:t>A4</w:t>
            </w:r>
          </w:p>
        </w:tc>
        <w:tc>
          <w:tcPr>
            <w:tcW w:w="46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09C745D" w14:textId="0FCE95A2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  <w:r w:rsidRPr="00750E42">
              <w:rPr>
                <w:sz w:val="17"/>
              </w:rPr>
              <w:t>DERS HOCASI</w:t>
            </w:r>
          </w:p>
        </w:tc>
        <w:tc>
          <w:tcPr>
            <w:tcW w:w="185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D28D99D" w14:textId="034F2260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  <w:r w:rsidRPr="00750E42">
              <w:rPr>
                <w:sz w:val="17"/>
              </w:rPr>
              <w:t xml:space="preserve">4. </w:t>
            </w:r>
            <w:proofErr w:type="spellStart"/>
            <w:r w:rsidRPr="00750E42">
              <w:rPr>
                <w:sz w:val="17"/>
              </w:rPr>
              <w:t>sınıf</w:t>
            </w:r>
            <w:proofErr w:type="spellEnd"/>
          </w:p>
        </w:tc>
      </w:tr>
      <w:tr w:rsidR="00F76074" w14:paraId="74AF004E" w14:textId="77777777" w:rsidTr="00833645">
        <w:trPr>
          <w:cantSplit/>
          <w:jc w:val="center"/>
        </w:trPr>
        <w:tc>
          <w:tcPr>
            <w:tcW w:w="1181" w:type="dxa"/>
            <w:vMerge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76CBA9E" w14:textId="77777777" w:rsidR="00F76074" w:rsidRPr="00237D2B" w:rsidRDefault="00F76074" w:rsidP="007408D2">
            <w:pPr>
              <w:jc w:val="center"/>
              <w:rPr>
                <w:b/>
                <w:bCs/>
              </w:rPr>
            </w:pPr>
          </w:p>
        </w:tc>
        <w:tc>
          <w:tcPr>
            <w:tcW w:w="439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1403A82" w14:textId="0B6D343C" w:rsidR="00F76074" w:rsidRDefault="00F76074" w:rsidP="007408D2">
            <w:pPr>
              <w:spacing w:before="20" w:after="20"/>
              <w:jc w:val="center"/>
              <w:rPr>
                <w:b/>
              </w:rPr>
            </w:pPr>
            <w:proofErr w:type="spellStart"/>
            <w:r w:rsidRPr="00BB5356">
              <w:rPr>
                <w:b/>
              </w:rPr>
              <w:t>Çağdaş</w:t>
            </w:r>
            <w:proofErr w:type="spellEnd"/>
            <w:r w:rsidRPr="00BB5356">
              <w:rPr>
                <w:b/>
              </w:rPr>
              <w:t xml:space="preserve"> </w:t>
            </w:r>
            <w:proofErr w:type="spellStart"/>
            <w:r w:rsidRPr="00BB5356">
              <w:rPr>
                <w:b/>
              </w:rPr>
              <w:t>Sosyoloji</w:t>
            </w:r>
            <w:proofErr w:type="spellEnd"/>
            <w:r w:rsidRPr="00BB5356">
              <w:rPr>
                <w:b/>
              </w:rPr>
              <w:t xml:space="preserve"> </w:t>
            </w:r>
            <w:proofErr w:type="spellStart"/>
            <w:r w:rsidRPr="00BB5356">
              <w:rPr>
                <w:b/>
              </w:rPr>
              <w:t>Teorileri</w:t>
            </w:r>
            <w:proofErr w:type="spellEnd"/>
          </w:p>
        </w:tc>
        <w:tc>
          <w:tcPr>
            <w:tcW w:w="112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811517D" w14:textId="437D31E4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  <w:r w:rsidRPr="00BB5356">
              <w:rPr>
                <w:sz w:val="17"/>
              </w:rPr>
              <w:t>1</w:t>
            </w:r>
            <w:r>
              <w:rPr>
                <w:sz w:val="17"/>
              </w:rPr>
              <w:t>5</w:t>
            </w:r>
            <w:r w:rsidRPr="00BB5356">
              <w:rPr>
                <w:sz w:val="17"/>
              </w:rPr>
              <w:t>.00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B6FEE19" w14:textId="5561D44F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  <w:r w:rsidRPr="00BB5356">
              <w:rPr>
                <w:sz w:val="17"/>
              </w:rPr>
              <w:t>A</w:t>
            </w:r>
            <w:r>
              <w:rPr>
                <w:sz w:val="17"/>
              </w:rPr>
              <w:t>6</w:t>
            </w:r>
          </w:p>
        </w:tc>
        <w:tc>
          <w:tcPr>
            <w:tcW w:w="46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00DE5B5" w14:textId="0BCF2C58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  <w:r w:rsidRPr="00BB5356">
              <w:rPr>
                <w:sz w:val="17"/>
              </w:rPr>
              <w:t>DERS HOCASI</w:t>
            </w:r>
          </w:p>
        </w:tc>
        <w:tc>
          <w:tcPr>
            <w:tcW w:w="185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0324C8A" w14:textId="58CFE4E9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  <w:r w:rsidRPr="00BB5356">
              <w:rPr>
                <w:sz w:val="17"/>
              </w:rPr>
              <w:t xml:space="preserve">3. </w:t>
            </w:r>
            <w:proofErr w:type="spellStart"/>
            <w:r w:rsidRPr="00BB5356">
              <w:rPr>
                <w:sz w:val="17"/>
              </w:rPr>
              <w:t>sınıf</w:t>
            </w:r>
            <w:proofErr w:type="spellEnd"/>
          </w:p>
        </w:tc>
      </w:tr>
      <w:tr w:rsidR="00F76074" w14:paraId="7652FA78" w14:textId="77777777" w:rsidTr="00833645">
        <w:trPr>
          <w:cantSplit/>
          <w:jc w:val="center"/>
        </w:trPr>
        <w:tc>
          <w:tcPr>
            <w:tcW w:w="1181" w:type="dxa"/>
            <w:vMerge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E5E0740" w14:textId="77777777" w:rsidR="00F76074" w:rsidRPr="00237D2B" w:rsidRDefault="00F76074" w:rsidP="007408D2">
            <w:pPr>
              <w:jc w:val="center"/>
              <w:rPr>
                <w:b/>
                <w:bCs/>
              </w:rPr>
            </w:pPr>
          </w:p>
        </w:tc>
        <w:tc>
          <w:tcPr>
            <w:tcW w:w="439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848F726" w14:textId="77777777" w:rsidR="00F76074" w:rsidRPr="00BB5356" w:rsidRDefault="00F76074" w:rsidP="007408D2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12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23E1890" w14:textId="77777777" w:rsidR="00F76074" w:rsidRPr="00BB5356" w:rsidRDefault="00F76074" w:rsidP="007408D2">
            <w:pPr>
              <w:spacing w:before="20" w:after="20"/>
              <w:jc w:val="center"/>
              <w:rPr>
                <w:sz w:val="17"/>
              </w:rPr>
            </w:pP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3412926" w14:textId="77777777" w:rsidR="00F76074" w:rsidRPr="00BB5356" w:rsidRDefault="00F76074" w:rsidP="007408D2">
            <w:pPr>
              <w:spacing w:before="20" w:after="20"/>
              <w:jc w:val="center"/>
              <w:rPr>
                <w:sz w:val="17"/>
              </w:rPr>
            </w:pPr>
          </w:p>
        </w:tc>
        <w:tc>
          <w:tcPr>
            <w:tcW w:w="46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5D472AA" w14:textId="77777777" w:rsidR="00F76074" w:rsidRPr="00BB5356" w:rsidRDefault="00F76074" w:rsidP="007408D2">
            <w:pPr>
              <w:spacing w:before="20" w:after="20"/>
              <w:jc w:val="center"/>
              <w:rPr>
                <w:sz w:val="17"/>
              </w:rPr>
            </w:pPr>
          </w:p>
        </w:tc>
        <w:tc>
          <w:tcPr>
            <w:tcW w:w="185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23FD81F" w14:textId="77777777" w:rsidR="00F76074" w:rsidRPr="00BB5356" w:rsidRDefault="00F76074" w:rsidP="007408D2">
            <w:pPr>
              <w:spacing w:before="20" w:after="20"/>
              <w:jc w:val="center"/>
              <w:rPr>
                <w:sz w:val="17"/>
              </w:rPr>
            </w:pPr>
          </w:p>
        </w:tc>
      </w:tr>
      <w:tr w:rsidR="00F76074" w14:paraId="0867C15D" w14:textId="77777777" w:rsidTr="00833645">
        <w:trPr>
          <w:cantSplit/>
          <w:jc w:val="center"/>
        </w:trPr>
        <w:tc>
          <w:tcPr>
            <w:tcW w:w="1181" w:type="dxa"/>
            <w:vMerge w:val="restart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59335BB" w14:textId="77777777" w:rsidR="00F76074" w:rsidRDefault="00F76074" w:rsidP="007408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08.11.2026</w:t>
            </w:r>
          </w:p>
          <w:p w14:paraId="753B0634" w14:textId="725F858C" w:rsidR="00F76074" w:rsidRPr="00237D2B" w:rsidRDefault="00F76074" w:rsidP="007408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Pazar</w:t>
            </w:r>
          </w:p>
        </w:tc>
        <w:tc>
          <w:tcPr>
            <w:tcW w:w="439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469E16A" w14:textId="7CE553A2" w:rsidR="00F76074" w:rsidRDefault="00F76074" w:rsidP="007408D2">
            <w:pPr>
              <w:spacing w:before="20" w:after="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Felsefeye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Giriş</w:t>
            </w:r>
            <w:proofErr w:type="spellEnd"/>
          </w:p>
        </w:tc>
        <w:tc>
          <w:tcPr>
            <w:tcW w:w="112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CF98856" w14:textId="258375F8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10.00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BF00337" w14:textId="4B7BC0A1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A6</w:t>
            </w:r>
          </w:p>
        </w:tc>
        <w:tc>
          <w:tcPr>
            <w:tcW w:w="46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1B822C2" w14:textId="6599B5C1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DERS HOCASI</w:t>
            </w:r>
          </w:p>
        </w:tc>
        <w:tc>
          <w:tcPr>
            <w:tcW w:w="185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01A34C9" w14:textId="54DEA213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1. </w:t>
            </w:r>
            <w:proofErr w:type="spellStart"/>
            <w:r>
              <w:rPr>
                <w:sz w:val="17"/>
              </w:rPr>
              <w:t>sınıf</w:t>
            </w:r>
            <w:proofErr w:type="spellEnd"/>
          </w:p>
        </w:tc>
      </w:tr>
      <w:tr w:rsidR="00F76074" w14:paraId="2C6D9A53" w14:textId="77777777" w:rsidTr="00833645">
        <w:trPr>
          <w:cantSplit/>
          <w:jc w:val="center"/>
        </w:trPr>
        <w:tc>
          <w:tcPr>
            <w:tcW w:w="1181" w:type="dxa"/>
            <w:vMerge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1C0FE36" w14:textId="77777777" w:rsidR="00F76074" w:rsidRPr="00237D2B" w:rsidRDefault="00F76074" w:rsidP="007408D2">
            <w:pPr>
              <w:jc w:val="center"/>
              <w:rPr>
                <w:b/>
                <w:bCs/>
              </w:rPr>
            </w:pPr>
          </w:p>
        </w:tc>
        <w:tc>
          <w:tcPr>
            <w:tcW w:w="439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3E55115" w14:textId="7B969DE5" w:rsidR="00F76074" w:rsidRPr="005328C6" w:rsidRDefault="00F76074" w:rsidP="007408D2">
            <w:pPr>
              <w:spacing w:before="20" w:after="20"/>
              <w:jc w:val="center"/>
              <w:rPr>
                <w:b/>
              </w:rPr>
            </w:pPr>
            <w:proofErr w:type="spellStart"/>
            <w:r w:rsidRPr="005328C6">
              <w:rPr>
                <w:b/>
              </w:rPr>
              <w:t>Gündelik</w:t>
            </w:r>
            <w:proofErr w:type="spellEnd"/>
            <w:r w:rsidRPr="005328C6">
              <w:rPr>
                <w:b/>
              </w:rPr>
              <w:t xml:space="preserve"> Hayat Sosyolojisi</w:t>
            </w:r>
          </w:p>
        </w:tc>
        <w:tc>
          <w:tcPr>
            <w:tcW w:w="112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F6468F2" w14:textId="71520A75" w:rsidR="00F76074" w:rsidRPr="005328C6" w:rsidRDefault="00F76074" w:rsidP="007408D2">
            <w:pPr>
              <w:spacing w:before="20" w:after="20"/>
              <w:jc w:val="center"/>
              <w:rPr>
                <w:sz w:val="17"/>
              </w:rPr>
            </w:pPr>
            <w:r w:rsidRPr="005328C6">
              <w:rPr>
                <w:sz w:val="17"/>
              </w:rPr>
              <w:t>1</w:t>
            </w:r>
            <w:r>
              <w:rPr>
                <w:sz w:val="17"/>
              </w:rPr>
              <w:t>1</w:t>
            </w:r>
            <w:r w:rsidRPr="005328C6">
              <w:rPr>
                <w:sz w:val="17"/>
              </w:rPr>
              <w:t>.00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A1AEF58" w14:textId="5D2F60E0" w:rsidR="00F76074" w:rsidRPr="005328C6" w:rsidRDefault="00F76074" w:rsidP="007408D2">
            <w:pPr>
              <w:spacing w:before="20" w:after="20"/>
              <w:jc w:val="center"/>
              <w:rPr>
                <w:sz w:val="17"/>
              </w:rPr>
            </w:pPr>
            <w:r w:rsidRPr="005328C6">
              <w:rPr>
                <w:sz w:val="17"/>
              </w:rPr>
              <w:t>A4</w:t>
            </w:r>
          </w:p>
        </w:tc>
        <w:tc>
          <w:tcPr>
            <w:tcW w:w="46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65CDE3B" w14:textId="7DA44B96" w:rsidR="00F76074" w:rsidRPr="005328C6" w:rsidRDefault="00F76074" w:rsidP="007408D2">
            <w:pPr>
              <w:spacing w:before="20" w:after="20"/>
              <w:jc w:val="center"/>
              <w:rPr>
                <w:sz w:val="17"/>
              </w:rPr>
            </w:pPr>
            <w:r w:rsidRPr="005328C6">
              <w:rPr>
                <w:sz w:val="17"/>
              </w:rPr>
              <w:t>DERS HOCASI</w:t>
            </w:r>
          </w:p>
        </w:tc>
        <w:tc>
          <w:tcPr>
            <w:tcW w:w="185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3C6606A" w14:textId="22F4AE02" w:rsidR="00F76074" w:rsidRPr="005328C6" w:rsidRDefault="00F76074" w:rsidP="007408D2">
            <w:pPr>
              <w:spacing w:before="20" w:after="20"/>
              <w:jc w:val="center"/>
              <w:rPr>
                <w:sz w:val="17"/>
              </w:rPr>
            </w:pPr>
            <w:r w:rsidRPr="005328C6">
              <w:rPr>
                <w:sz w:val="17"/>
              </w:rPr>
              <w:t xml:space="preserve">3. </w:t>
            </w:r>
            <w:proofErr w:type="spellStart"/>
            <w:r w:rsidRPr="005328C6">
              <w:rPr>
                <w:sz w:val="17"/>
              </w:rPr>
              <w:t>sınıf</w:t>
            </w:r>
            <w:proofErr w:type="spellEnd"/>
          </w:p>
        </w:tc>
      </w:tr>
      <w:tr w:rsidR="00F76074" w14:paraId="321CF05D" w14:textId="77777777" w:rsidTr="00833645">
        <w:trPr>
          <w:cantSplit/>
          <w:jc w:val="center"/>
        </w:trPr>
        <w:tc>
          <w:tcPr>
            <w:tcW w:w="1181" w:type="dxa"/>
            <w:vMerge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5063AC8" w14:textId="77777777" w:rsidR="00F76074" w:rsidRPr="00237D2B" w:rsidRDefault="00F76074" w:rsidP="007408D2">
            <w:pPr>
              <w:jc w:val="center"/>
              <w:rPr>
                <w:b/>
                <w:bCs/>
              </w:rPr>
            </w:pPr>
          </w:p>
        </w:tc>
        <w:tc>
          <w:tcPr>
            <w:tcW w:w="439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B09F3DA" w14:textId="2000CB09" w:rsidR="00F76074" w:rsidRDefault="00F76074" w:rsidP="007408D2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 xml:space="preserve">Modern </w:t>
            </w:r>
            <w:proofErr w:type="spellStart"/>
            <w:r>
              <w:rPr>
                <w:b/>
              </w:rPr>
              <w:t>Mantık</w:t>
            </w:r>
            <w:proofErr w:type="spellEnd"/>
          </w:p>
        </w:tc>
        <w:tc>
          <w:tcPr>
            <w:tcW w:w="112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7DCF34B" w14:textId="7C994552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13.00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26E833F" w14:textId="0E871A37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A6</w:t>
            </w:r>
          </w:p>
        </w:tc>
        <w:tc>
          <w:tcPr>
            <w:tcW w:w="46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4AE0399" w14:textId="70056241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DERS HOCASI</w:t>
            </w:r>
          </w:p>
        </w:tc>
        <w:tc>
          <w:tcPr>
            <w:tcW w:w="185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2CCB3DC" w14:textId="5D61667C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2. </w:t>
            </w:r>
            <w:proofErr w:type="spellStart"/>
            <w:r>
              <w:rPr>
                <w:sz w:val="17"/>
              </w:rPr>
              <w:t>sınıf</w:t>
            </w:r>
            <w:proofErr w:type="spellEnd"/>
          </w:p>
        </w:tc>
      </w:tr>
      <w:tr w:rsidR="00F76074" w14:paraId="74235928" w14:textId="77777777" w:rsidTr="00833645">
        <w:trPr>
          <w:cantSplit/>
          <w:jc w:val="center"/>
        </w:trPr>
        <w:tc>
          <w:tcPr>
            <w:tcW w:w="1181" w:type="dxa"/>
            <w:vMerge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5FBE92E" w14:textId="77777777" w:rsidR="00F76074" w:rsidRPr="00237D2B" w:rsidRDefault="00F76074" w:rsidP="007408D2">
            <w:pPr>
              <w:jc w:val="center"/>
              <w:rPr>
                <w:b/>
                <w:bCs/>
              </w:rPr>
            </w:pPr>
          </w:p>
        </w:tc>
        <w:tc>
          <w:tcPr>
            <w:tcW w:w="439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C2D6174" w14:textId="7A26EEB7" w:rsidR="00F76074" w:rsidRDefault="00F76074" w:rsidP="007408D2">
            <w:pPr>
              <w:spacing w:before="20" w:after="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Sosyal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Hareketler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Sosyolojisi</w:t>
            </w:r>
            <w:proofErr w:type="spellEnd"/>
          </w:p>
        </w:tc>
        <w:tc>
          <w:tcPr>
            <w:tcW w:w="112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4006D84" w14:textId="02BB18F7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14.00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F763AA5" w14:textId="2AAFEFB1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A4</w:t>
            </w:r>
          </w:p>
        </w:tc>
        <w:tc>
          <w:tcPr>
            <w:tcW w:w="46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5B48FAD" w14:textId="3A8B2774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DERS HOCASI</w:t>
            </w:r>
          </w:p>
        </w:tc>
        <w:tc>
          <w:tcPr>
            <w:tcW w:w="185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F8C17B" w14:textId="077551EE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4. </w:t>
            </w:r>
            <w:proofErr w:type="spellStart"/>
            <w:r>
              <w:rPr>
                <w:sz w:val="17"/>
              </w:rPr>
              <w:t>sınıf</w:t>
            </w:r>
            <w:proofErr w:type="spellEnd"/>
          </w:p>
        </w:tc>
      </w:tr>
      <w:tr w:rsidR="00F76074" w14:paraId="1B459C93" w14:textId="77777777" w:rsidTr="00833645">
        <w:trPr>
          <w:cantSplit/>
          <w:jc w:val="center"/>
        </w:trPr>
        <w:tc>
          <w:tcPr>
            <w:tcW w:w="1181" w:type="dxa"/>
            <w:vMerge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AB0D63A" w14:textId="77777777" w:rsidR="00F76074" w:rsidRPr="00237D2B" w:rsidRDefault="00F76074" w:rsidP="007408D2">
            <w:pPr>
              <w:jc w:val="center"/>
              <w:rPr>
                <w:b/>
                <w:bCs/>
              </w:rPr>
            </w:pPr>
          </w:p>
        </w:tc>
        <w:tc>
          <w:tcPr>
            <w:tcW w:w="439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D17429D" w14:textId="656FA60E" w:rsidR="00F76074" w:rsidRDefault="00F76074" w:rsidP="007408D2">
            <w:pPr>
              <w:spacing w:before="20" w:after="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Dezavantajlı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Gruplar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Sosyolojisi</w:t>
            </w:r>
            <w:proofErr w:type="spellEnd"/>
          </w:p>
        </w:tc>
        <w:tc>
          <w:tcPr>
            <w:tcW w:w="112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0636F2E" w14:textId="3EDC6A1C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15.00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1AD11FF" w14:textId="23DC14D1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A6</w:t>
            </w:r>
          </w:p>
        </w:tc>
        <w:tc>
          <w:tcPr>
            <w:tcW w:w="46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7985F1E" w14:textId="250FD97C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DERS HOCASI</w:t>
            </w:r>
          </w:p>
        </w:tc>
        <w:tc>
          <w:tcPr>
            <w:tcW w:w="185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B85E8ED" w14:textId="18141910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2.sınıf</w:t>
            </w:r>
          </w:p>
        </w:tc>
      </w:tr>
      <w:tr w:rsidR="00F76074" w14:paraId="62418E1E" w14:textId="77777777" w:rsidTr="00833645">
        <w:trPr>
          <w:cantSplit/>
          <w:jc w:val="center"/>
        </w:trPr>
        <w:tc>
          <w:tcPr>
            <w:tcW w:w="1181" w:type="dxa"/>
            <w:vMerge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77BB4F4" w14:textId="77777777" w:rsidR="00F76074" w:rsidRPr="00237D2B" w:rsidRDefault="00F76074" w:rsidP="007408D2">
            <w:pPr>
              <w:jc w:val="center"/>
              <w:rPr>
                <w:b/>
                <w:bCs/>
              </w:rPr>
            </w:pPr>
          </w:p>
        </w:tc>
        <w:tc>
          <w:tcPr>
            <w:tcW w:w="439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FD9D754" w14:textId="77777777" w:rsidR="00F76074" w:rsidRDefault="00F76074" w:rsidP="007408D2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12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3265E19" w14:textId="77777777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1F4C1D7" w14:textId="77777777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</w:p>
        </w:tc>
        <w:tc>
          <w:tcPr>
            <w:tcW w:w="46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5BD505E" w14:textId="77777777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</w:p>
        </w:tc>
        <w:tc>
          <w:tcPr>
            <w:tcW w:w="185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AC0D1E8" w14:textId="77777777" w:rsidR="00F76074" w:rsidRDefault="00F76074" w:rsidP="007408D2">
            <w:pPr>
              <w:spacing w:before="20" w:after="20"/>
              <w:jc w:val="center"/>
              <w:rPr>
                <w:sz w:val="17"/>
              </w:rPr>
            </w:pPr>
          </w:p>
        </w:tc>
      </w:tr>
      <w:tr w:rsidR="00912803" w14:paraId="0D5939B3" w14:textId="77777777" w:rsidTr="00833645">
        <w:trPr>
          <w:cantSplit/>
          <w:jc w:val="center"/>
        </w:trPr>
        <w:tc>
          <w:tcPr>
            <w:tcW w:w="1181" w:type="dxa"/>
            <w:vMerge w:val="restart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6509F33" w14:textId="558A74AA" w:rsidR="00912803" w:rsidRDefault="00912803" w:rsidP="007408D2">
            <w:pPr>
              <w:jc w:val="center"/>
              <w:rPr>
                <w:b/>
                <w:bCs/>
              </w:rPr>
            </w:pPr>
            <w:r w:rsidRPr="00237D2B">
              <w:rPr>
                <w:b/>
                <w:bCs/>
              </w:rPr>
              <w:t>0</w:t>
            </w:r>
            <w:r>
              <w:rPr>
                <w:b/>
                <w:bCs/>
              </w:rPr>
              <w:t>9</w:t>
            </w:r>
            <w:r w:rsidRPr="00237D2B">
              <w:rPr>
                <w:b/>
                <w:bCs/>
              </w:rPr>
              <w:t>.11.2026</w:t>
            </w:r>
          </w:p>
          <w:p w14:paraId="41537341" w14:textId="7F63E4E2" w:rsidR="00912803" w:rsidRPr="00237D2B" w:rsidRDefault="00912803" w:rsidP="007408D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Pazartesi</w:t>
            </w:r>
            <w:proofErr w:type="spellEnd"/>
          </w:p>
          <w:p w14:paraId="50E69904" w14:textId="2EDBCCFB" w:rsidR="00912803" w:rsidRPr="009F284B" w:rsidRDefault="00912803" w:rsidP="007408D2">
            <w:pPr>
              <w:jc w:val="center"/>
              <w:rPr>
                <w:b/>
                <w:bCs/>
              </w:rPr>
            </w:pPr>
          </w:p>
        </w:tc>
        <w:tc>
          <w:tcPr>
            <w:tcW w:w="439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9890B84" w14:textId="4B0A3519" w:rsidR="00912803" w:rsidRDefault="00912803" w:rsidP="007408D2">
            <w:pPr>
              <w:spacing w:before="20" w:after="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Siyaset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Felsefesi</w:t>
            </w:r>
            <w:proofErr w:type="spellEnd"/>
          </w:p>
        </w:tc>
        <w:tc>
          <w:tcPr>
            <w:tcW w:w="112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98BA85C" w14:textId="309817EC" w:rsidR="00912803" w:rsidRDefault="00912803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09.00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DC6B05B" w14:textId="61BF0CF8" w:rsidR="00912803" w:rsidRDefault="00912803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A5</w:t>
            </w:r>
          </w:p>
        </w:tc>
        <w:tc>
          <w:tcPr>
            <w:tcW w:w="46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A687238" w14:textId="28FA765E" w:rsidR="00912803" w:rsidRDefault="00912803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DERS HOCASI</w:t>
            </w:r>
          </w:p>
        </w:tc>
        <w:tc>
          <w:tcPr>
            <w:tcW w:w="185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3F29C0C" w14:textId="0FE75ADE" w:rsidR="00912803" w:rsidRDefault="00912803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4. </w:t>
            </w:r>
            <w:proofErr w:type="spellStart"/>
            <w:r>
              <w:rPr>
                <w:sz w:val="17"/>
              </w:rPr>
              <w:t>sınıf</w:t>
            </w:r>
            <w:proofErr w:type="spellEnd"/>
          </w:p>
        </w:tc>
      </w:tr>
      <w:tr w:rsidR="00912803" w14:paraId="1764C43A" w14:textId="77777777" w:rsidTr="00833645">
        <w:trPr>
          <w:cantSplit/>
          <w:jc w:val="center"/>
        </w:trPr>
        <w:tc>
          <w:tcPr>
            <w:tcW w:w="1181" w:type="dxa"/>
            <w:vMerge/>
            <w:vAlign w:val="center"/>
          </w:tcPr>
          <w:p w14:paraId="3D55814B" w14:textId="77777777" w:rsidR="00912803" w:rsidRDefault="00912803" w:rsidP="007408D2">
            <w:pPr>
              <w:jc w:val="center"/>
            </w:pPr>
          </w:p>
        </w:tc>
        <w:tc>
          <w:tcPr>
            <w:tcW w:w="439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44DEB65" w14:textId="5C60B11F" w:rsidR="00912803" w:rsidRDefault="00912803" w:rsidP="007408D2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 xml:space="preserve">Türk Dili I, Atatürk </w:t>
            </w:r>
            <w:proofErr w:type="spellStart"/>
            <w:r>
              <w:rPr>
                <w:b/>
              </w:rPr>
              <w:t>İlkeleri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İnkılap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Tarihi</w:t>
            </w:r>
            <w:proofErr w:type="spellEnd"/>
            <w:r>
              <w:rPr>
                <w:b/>
              </w:rPr>
              <w:t xml:space="preserve"> I, </w:t>
            </w:r>
            <w:proofErr w:type="spellStart"/>
            <w:r>
              <w:rPr>
                <w:b/>
              </w:rPr>
              <w:t>İngilizce</w:t>
            </w:r>
            <w:proofErr w:type="spellEnd"/>
            <w:r>
              <w:rPr>
                <w:b/>
              </w:rPr>
              <w:t xml:space="preserve"> I</w:t>
            </w:r>
          </w:p>
        </w:tc>
        <w:tc>
          <w:tcPr>
            <w:tcW w:w="112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C4C50AB" w14:textId="7D847353" w:rsidR="00912803" w:rsidRDefault="00912803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10.30-12.00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6BF74D4" w14:textId="3B9770EA" w:rsidR="00912803" w:rsidRDefault="00912803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A5-A6</w:t>
            </w:r>
          </w:p>
        </w:tc>
        <w:tc>
          <w:tcPr>
            <w:tcW w:w="46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9F1D882" w14:textId="6D227A93" w:rsidR="00912803" w:rsidRDefault="00912803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DERS HOCASI</w:t>
            </w:r>
          </w:p>
        </w:tc>
        <w:tc>
          <w:tcPr>
            <w:tcW w:w="185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E0BD7DB" w14:textId="278609F2" w:rsidR="00912803" w:rsidRDefault="00912803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1.sınıf</w:t>
            </w:r>
          </w:p>
        </w:tc>
      </w:tr>
      <w:tr w:rsidR="00912803" w:rsidRPr="004E4812" w14:paraId="1C7A1607" w14:textId="77777777" w:rsidTr="00833645">
        <w:trPr>
          <w:cantSplit/>
          <w:jc w:val="center"/>
        </w:trPr>
        <w:tc>
          <w:tcPr>
            <w:tcW w:w="1181" w:type="dxa"/>
            <w:vMerge/>
            <w:vAlign w:val="center"/>
          </w:tcPr>
          <w:p w14:paraId="1A80CF4A" w14:textId="77777777" w:rsidR="00912803" w:rsidRDefault="00912803" w:rsidP="007408D2">
            <w:pPr>
              <w:jc w:val="center"/>
            </w:pPr>
          </w:p>
        </w:tc>
        <w:tc>
          <w:tcPr>
            <w:tcW w:w="439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A9CFF15" w14:textId="4472485A" w:rsidR="00912803" w:rsidRPr="004E4812" w:rsidRDefault="00912803" w:rsidP="007408D2">
            <w:pPr>
              <w:spacing w:before="20" w:after="20"/>
              <w:jc w:val="center"/>
              <w:rPr>
                <w:b/>
              </w:rPr>
            </w:pPr>
            <w:proofErr w:type="spellStart"/>
            <w:r w:rsidRPr="004E4812">
              <w:rPr>
                <w:b/>
              </w:rPr>
              <w:t>Eğitimde</w:t>
            </w:r>
            <w:proofErr w:type="spellEnd"/>
            <w:r w:rsidRPr="004E4812">
              <w:rPr>
                <w:b/>
              </w:rPr>
              <w:t xml:space="preserve"> </w:t>
            </w:r>
            <w:proofErr w:type="spellStart"/>
            <w:r w:rsidRPr="004E4812">
              <w:rPr>
                <w:b/>
              </w:rPr>
              <w:t>Ölçme</w:t>
            </w:r>
            <w:proofErr w:type="spellEnd"/>
            <w:r w:rsidRPr="004E4812">
              <w:rPr>
                <w:b/>
              </w:rPr>
              <w:t xml:space="preserve"> </w:t>
            </w:r>
            <w:proofErr w:type="spellStart"/>
            <w:r w:rsidRPr="004E4812">
              <w:rPr>
                <w:b/>
              </w:rPr>
              <w:t>ve</w:t>
            </w:r>
            <w:proofErr w:type="spellEnd"/>
            <w:r w:rsidRPr="004E4812">
              <w:rPr>
                <w:b/>
              </w:rPr>
              <w:t xml:space="preserve"> </w:t>
            </w:r>
            <w:proofErr w:type="spellStart"/>
            <w:r w:rsidRPr="004E4812">
              <w:rPr>
                <w:b/>
              </w:rPr>
              <w:t>Değerlendirme</w:t>
            </w:r>
            <w:proofErr w:type="spellEnd"/>
            <w:r w:rsidRPr="004E4812">
              <w:rPr>
                <w:b/>
              </w:rPr>
              <w:t xml:space="preserve"> (PFE301)</w:t>
            </w:r>
          </w:p>
        </w:tc>
        <w:tc>
          <w:tcPr>
            <w:tcW w:w="112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3F2A11E" w14:textId="6AB6EB5A" w:rsidR="00912803" w:rsidRPr="004E4812" w:rsidRDefault="00912803" w:rsidP="007408D2">
            <w:pPr>
              <w:spacing w:before="20" w:after="20"/>
              <w:jc w:val="center"/>
              <w:rPr>
                <w:sz w:val="17"/>
              </w:rPr>
            </w:pPr>
            <w:r w:rsidRPr="004E4812">
              <w:rPr>
                <w:sz w:val="17"/>
              </w:rPr>
              <w:t>13.00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E1BE999" w14:textId="552B3DD4" w:rsidR="00912803" w:rsidRPr="004E4812" w:rsidRDefault="00912803" w:rsidP="007408D2">
            <w:pPr>
              <w:spacing w:before="20" w:after="20"/>
              <w:jc w:val="center"/>
              <w:rPr>
                <w:sz w:val="17"/>
              </w:rPr>
            </w:pPr>
            <w:r w:rsidRPr="004E4812">
              <w:rPr>
                <w:sz w:val="17"/>
              </w:rPr>
              <w:t>A5-A6</w:t>
            </w:r>
          </w:p>
        </w:tc>
        <w:tc>
          <w:tcPr>
            <w:tcW w:w="46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FDD4310" w14:textId="16385418" w:rsidR="00912803" w:rsidRPr="004E4812" w:rsidRDefault="00912803" w:rsidP="007408D2">
            <w:pPr>
              <w:spacing w:before="20" w:after="20"/>
              <w:jc w:val="center"/>
              <w:rPr>
                <w:sz w:val="17"/>
              </w:rPr>
            </w:pPr>
            <w:r w:rsidRPr="004E4812">
              <w:rPr>
                <w:sz w:val="17"/>
              </w:rPr>
              <w:t>DERS HOCASI</w:t>
            </w:r>
          </w:p>
        </w:tc>
        <w:tc>
          <w:tcPr>
            <w:tcW w:w="185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662844B" w14:textId="1CE20E32" w:rsidR="00912803" w:rsidRPr="004E4812" w:rsidRDefault="00912803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3.sınıf</w:t>
            </w:r>
          </w:p>
        </w:tc>
      </w:tr>
      <w:tr w:rsidR="00912803" w14:paraId="60C92C9D" w14:textId="77777777" w:rsidTr="00833645">
        <w:trPr>
          <w:cantSplit/>
          <w:jc w:val="center"/>
        </w:trPr>
        <w:tc>
          <w:tcPr>
            <w:tcW w:w="1181" w:type="dxa"/>
            <w:vMerge/>
            <w:vAlign w:val="center"/>
          </w:tcPr>
          <w:p w14:paraId="4B61BAFF" w14:textId="77777777" w:rsidR="00912803" w:rsidRDefault="00912803" w:rsidP="007408D2">
            <w:pPr>
              <w:jc w:val="center"/>
            </w:pPr>
          </w:p>
        </w:tc>
        <w:tc>
          <w:tcPr>
            <w:tcW w:w="439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F4F99EE" w14:textId="017A6DCF" w:rsidR="00912803" w:rsidRDefault="00912803" w:rsidP="007408D2">
            <w:pPr>
              <w:spacing w:before="20" w:after="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Klasik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Mantık</w:t>
            </w:r>
            <w:proofErr w:type="spellEnd"/>
          </w:p>
        </w:tc>
        <w:tc>
          <w:tcPr>
            <w:tcW w:w="112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BD142BD" w14:textId="75710D89" w:rsidR="00912803" w:rsidRDefault="00912803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14.00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5FA0921" w14:textId="5475BC97" w:rsidR="00912803" w:rsidRDefault="00912803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A6</w:t>
            </w:r>
          </w:p>
        </w:tc>
        <w:tc>
          <w:tcPr>
            <w:tcW w:w="46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43D00DE" w14:textId="43D0D89A" w:rsidR="00912803" w:rsidRDefault="00912803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DERS HOCASI</w:t>
            </w:r>
          </w:p>
        </w:tc>
        <w:tc>
          <w:tcPr>
            <w:tcW w:w="185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357223C" w14:textId="3E126D6D" w:rsidR="00912803" w:rsidRDefault="00912803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2. </w:t>
            </w:r>
            <w:proofErr w:type="spellStart"/>
            <w:r>
              <w:rPr>
                <w:sz w:val="17"/>
              </w:rPr>
              <w:t>sınıf</w:t>
            </w:r>
            <w:proofErr w:type="spellEnd"/>
          </w:p>
        </w:tc>
      </w:tr>
      <w:tr w:rsidR="00912803" w14:paraId="3FBB0557" w14:textId="77777777" w:rsidTr="00833645">
        <w:trPr>
          <w:cantSplit/>
          <w:jc w:val="center"/>
        </w:trPr>
        <w:tc>
          <w:tcPr>
            <w:tcW w:w="1181" w:type="dxa"/>
            <w:vMerge/>
            <w:vAlign w:val="center"/>
          </w:tcPr>
          <w:p w14:paraId="4A5B9F9C" w14:textId="77777777" w:rsidR="00912803" w:rsidRDefault="00912803" w:rsidP="007408D2">
            <w:pPr>
              <w:jc w:val="center"/>
            </w:pPr>
          </w:p>
        </w:tc>
        <w:tc>
          <w:tcPr>
            <w:tcW w:w="439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8071351" w14:textId="1D5A4345" w:rsidR="00912803" w:rsidRPr="00075D6A" w:rsidRDefault="00912803" w:rsidP="007408D2">
            <w:pPr>
              <w:spacing w:before="20" w:after="20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 xml:space="preserve">Sinema </w:t>
            </w:r>
            <w:proofErr w:type="spellStart"/>
            <w:r>
              <w:rPr>
                <w:b/>
              </w:rPr>
              <w:t>Sosyolojisi</w:t>
            </w:r>
            <w:proofErr w:type="spellEnd"/>
          </w:p>
        </w:tc>
        <w:tc>
          <w:tcPr>
            <w:tcW w:w="112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27CD6A2" w14:textId="1FF37ABB" w:rsidR="00912803" w:rsidRPr="00075D6A" w:rsidRDefault="00912803" w:rsidP="007408D2">
            <w:pPr>
              <w:spacing w:before="20" w:after="20"/>
              <w:jc w:val="center"/>
              <w:rPr>
                <w:sz w:val="17"/>
                <w:highlight w:val="yellow"/>
              </w:rPr>
            </w:pPr>
            <w:r>
              <w:rPr>
                <w:sz w:val="17"/>
              </w:rPr>
              <w:t>15.00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A42ADEA" w14:textId="7FE32F4D" w:rsidR="00912803" w:rsidRPr="00075D6A" w:rsidRDefault="00912803" w:rsidP="007408D2">
            <w:pPr>
              <w:spacing w:before="20" w:after="20"/>
              <w:jc w:val="center"/>
              <w:rPr>
                <w:sz w:val="17"/>
                <w:highlight w:val="yellow"/>
              </w:rPr>
            </w:pPr>
            <w:r>
              <w:rPr>
                <w:sz w:val="17"/>
              </w:rPr>
              <w:t>A4</w:t>
            </w:r>
          </w:p>
        </w:tc>
        <w:tc>
          <w:tcPr>
            <w:tcW w:w="46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B16B22B" w14:textId="499AA318" w:rsidR="00912803" w:rsidRPr="00075D6A" w:rsidRDefault="00912803" w:rsidP="007408D2">
            <w:pPr>
              <w:spacing w:before="20" w:after="20"/>
              <w:jc w:val="center"/>
              <w:rPr>
                <w:sz w:val="17"/>
                <w:highlight w:val="yellow"/>
              </w:rPr>
            </w:pPr>
            <w:r>
              <w:rPr>
                <w:sz w:val="17"/>
              </w:rPr>
              <w:t>DERS HOCASI</w:t>
            </w:r>
          </w:p>
        </w:tc>
        <w:tc>
          <w:tcPr>
            <w:tcW w:w="185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0BDE304" w14:textId="4C6FAECD" w:rsidR="00912803" w:rsidRPr="00075D6A" w:rsidRDefault="00912803" w:rsidP="007408D2">
            <w:pPr>
              <w:spacing w:before="20" w:after="20"/>
              <w:jc w:val="center"/>
              <w:rPr>
                <w:sz w:val="17"/>
                <w:highlight w:val="yellow"/>
              </w:rPr>
            </w:pPr>
            <w:r>
              <w:rPr>
                <w:sz w:val="17"/>
              </w:rPr>
              <w:t xml:space="preserve">3. </w:t>
            </w:r>
            <w:proofErr w:type="spellStart"/>
            <w:r>
              <w:rPr>
                <w:sz w:val="17"/>
              </w:rPr>
              <w:t>sınıf</w:t>
            </w:r>
            <w:proofErr w:type="spellEnd"/>
          </w:p>
        </w:tc>
      </w:tr>
      <w:tr w:rsidR="00912803" w14:paraId="4F40D412" w14:textId="77777777" w:rsidTr="00833645">
        <w:trPr>
          <w:cantSplit/>
          <w:jc w:val="center"/>
        </w:trPr>
        <w:tc>
          <w:tcPr>
            <w:tcW w:w="1181" w:type="dxa"/>
            <w:vMerge/>
            <w:vAlign w:val="center"/>
          </w:tcPr>
          <w:p w14:paraId="55355B17" w14:textId="77777777" w:rsidR="00912803" w:rsidRDefault="00912803" w:rsidP="007408D2">
            <w:pPr>
              <w:jc w:val="center"/>
            </w:pPr>
          </w:p>
        </w:tc>
        <w:tc>
          <w:tcPr>
            <w:tcW w:w="439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AF46695" w14:textId="30250B67" w:rsidR="00912803" w:rsidRDefault="003C6466" w:rsidP="007408D2">
            <w:pPr>
              <w:spacing w:before="20" w:after="20"/>
              <w:jc w:val="center"/>
              <w:rPr>
                <w:b/>
              </w:rPr>
            </w:pPr>
            <w:proofErr w:type="spellStart"/>
            <w:r>
              <w:rPr>
                <w:rFonts w:cs="Times New Roman"/>
                <w:b/>
                <w:sz w:val="20"/>
                <w:szCs w:val="20"/>
              </w:rPr>
              <w:t>İngilizce</w:t>
            </w:r>
            <w:proofErr w:type="spellEnd"/>
            <w:r>
              <w:rPr>
                <w:rFonts w:cs="Times New Roman"/>
                <w:b/>
                <w:sz w:val="20"/>
                <w:szCs w:val="20"/>
              </w:rPr>
              <w:t xml:space="preserve"> 3</w:t>
            </w:r>
          </w:p>
        </w:tc>
        <w:tc>
          <w:tcPr>
            <w:tcW w:w="112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D104B2F" w14:textId="168EEBB6" w:rsidR="00912803" w:rsidRDefault="00912803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16.00</w:t>
            </w:r>
          </w:p>
        </w:tc>
        <w:tc>
          <w:tcPr>
            <w:tcW w:w="165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520F083" w14:textId="2472A846" w:rsidR="00912803" w:rsidRDefault="00912803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A</w:t>
            </w:r>
            <w:r w:rsidR="00230E2E">
              <w:rPr>
                <w:sz w:val="17"/>
              </w:rPr>
              <w:t>6</w:t>
            </w:r>
          </w:p>
        </w:tc>
        <w:tc>
          <w:tcPr>
            <w:tcW w:w="468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BB7B266" w14:textId="1807BF4D" w:rsidR="00912803" w:rsidRDefault="00912803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DERS HOCASI</w:t>
            </w:r>
          </w:p>
        </w:tc>
        <w:tc>
          <w:tcPr>
            <w:tcW w:w="185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143C09A" w14:textId="49BF82EF" w:rsidR="00912803" w:rsidRDefault="00912803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2.sınıf</w:t>
            </w:r>
          </w:p>
        </w:tc>
      </w:tr>
    </w:tbl>
    <w:p w14:paraId="06EF262F" w14:textId="77777777" w:rsidR="00AA6F14" w:rsidRDefault="00000000" w:rsidP="007408D2">
      <w:pPr>
        <w:jc w:val="center"/>
      </w:pPr>
      <w:r>
        <w:br w:type="page"/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370"/>
        <w:gridCol w:w="1134"/>
        <w:gridCol w:w="1701"/>
        <w:gridCol w:w="4677"/>
        <w:gridCol w:w="1560"/>
      </w:tblGrid>
      <w:tr w:rsidR="00AA6F14" w14:paraId="46414C74" w14:textId="77777777" w:rsidTr="00E63920">
        <w:trPr>
          <w:trHeight w:val="791"/>
          <w:tblHeader/>
          <w:jc w:val="center"/>
        </w:trPr>
        <w:tc>
          <w:tcPr>
            <w:tcW w:w="1276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F9889DB" w14:textId="77777777" w:rsidR="00AA6F14" w:rsidRDefault="00000000" w:rsidP="007408D2">
            <w:pPr>
              <w:jc w:val="center"/>
            </w:pPr>
            <w:r>
              <w:rPr>
                <w:b/>
              </w:rPr>
              <w:lastRenderedPageBreak/>
              <w:t>TARİH</w:t>
            </w: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9ED538D" w14:textId="77777777" w:rsidR="00AA6F14" w:rsidRDefault="00000000" w:rsidP="007408D2">
            <w:pPr>
              <w:jc w:val="center"/>
            </w:pPr>
            <w:r>
              <w:rPr>
                <w:b/>
              </w:rPr>
              <w:t>DERSLER</w:t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0AB1C84" w14:textId="77777777" w:rsidR="00AA6F14" w:rsidRDefault="00000000" w:rsidP="007408D2">
            <w:pPr>
              <w:jc w:val="center"/>
            </w:pPr>
            <w:r>
              <w:rPr>
                <w:b/>
              </w:rPr>
              <w:t>SAAT</w:t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F71DB0F" w14:textId="77777777" w:rsidR="00AA6F14" w:rsidRDefault="00000000" w:rsidP="007408D2">
            <w:pPr>
              <w:jc w:val="center"/>
            </w:pPr>
            <w:r>
              <w:rPr>
                <w:b/>
              </w:rPr>
              <w:t>DERSLİK</w:t>
            </w: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DED7F86" w14:textId="77777777" w:rsidR="00AA6F14" w:rsidRDefault="00000000" w:rsidP="007408D2">
            <w:pPr>
              <w:jc w:val="center"/>
            </w:pPr>
            <w:r>
              <w:rPr>
                <w:b/>
              </w:rPr>
              <w:t>GÖZETMEN</w:t>
            </w: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B4236E8" w14:textId="77777777" w:rsidR="00AA6F14" w:rsidRDefault="00000000" w:rsidP="007408D2">
            <w:pPr>
              <w:jc w:val="center"/>
            </w:pPr>
            <w:r>
              <w:rPr>
                <w:b/>
              </w:rPr>
              <w:t>SINIF</w:t>
            </w:r>
          </w:p>
        </w:tc>
      </w:tr>
      <w:tr w:rsidR="00750E42" w14:paraId="4A082EB8" w14:textId="77777777" w:rsidTr="00E63920">
        <w:trPr>
          <w:cantSplit/>
          <w:jc w:val="center"/>
        </w:trPr>
        <w:tc>
          <w:tcPr>
            <w:tcW w:w="1276" w:type="dxa"/>
            <w:vMerge w:val="restart"/>
            <w:tcMar>
              <w:top w:w="45" w:type="dxa"/>
              <w:left w:w="55" w:type="dxa"/>
              <w:bottom w:w="45" w:type="dxa"/>
              <w:right w:w="55" w:type="dxa"/>
            </w:tcMar>
            <w:textDirection w:val="tbRl"/>
            <w:vAlign w:val="center"/>
          </w:tcPr>
          <w:p w14:paraId="61E959DD" w14:textId="49985663" w:rsidR="00B47A1D" w:rsidRPr="00237D2B" w:rsidRDefault="00B47A1D" w:rsidP="007408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Pr="00237D2B">
              <w:rPr>
                <w:b/>
                <w:bCs/>
              </w:rPr>
              <w:t xml:space="preserve">.11.2026 </w:t>
            </w:r>
            <w:proofErr w:type="spellStart"/>
            <w:r w:rsidR="007408D2">
              <w:rPr>
                <w:b/>
                <w:bCs/>
              </w:rPr>
              <w:t>Salı</w:t>
            </w:r>
            <w:proofErr w:type="spellEnd"/>
          </w:p>
          <w:p w14:paraId="2C27F550" w14:textId="27C568C5" w:rsidR="00750E42" w:rsidRDefault="00750E42" w:rsidP="007408D2">
            <w:pPr>
              <w:jc w:val="center"/>
              <w:rPr>
                <w:b/>
                <w:sz w:val="16"/>
              </w:rPr>
            </w:pP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3FACC11" w14:textId="38D9C688" w:rsidR="00750E42" w:rsidRPr="000759D7" w:rsidRDefault="00750E42" w:rsidP="007408D2">
            <w:pPr>
              <w:spacing w:before="20" w:after="20"/>
              <w:jc w:val="center"/>
              <w:rPr>
                <w:b/>
              </w:rPr>
            </w:pPr>
            <w:proofErr w:type="spellStart"/>
            <w:r w:rsidRPr="000759D7">
              <w:rPr>
                <w:b/>
              </w:rPr>
              <w:t>Sosyal</w:t>
            </w:r>
            <w:proofErr w:type="spellEnd"/>
            <w:r w:rsidRPr="000759D7">
              <w:rPr>
                <w:b/>
              </w:rPr>
              <w:t xml:space="preserve"> Politika</w:t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7735F07" w14:textId="059A3AF7" w:rsidR="00750E42" w:rsidRPr="000759D7" w:rsidRDefault="00750E42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10</w:t>
            </w:r>
            <w:r w:rsidRPr="000759D7">
              <w:rPr>
                <w:sz w:val="17"/>
              </w:rPr>
              <w:t>.00</w:t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0114185" w14:textId="7284862F" w:rsidR="00750E42" w:rsidRPr="000759D7" w:rsidRDefault="00750E42" w:rsidP="007408D2">
            <w:pPr>
              <w:spacing w:before="20" w:after="20"/>
              <w:jc w:val="center"/>
              <w:rPr>
                <w:sz w:val="17"/>
              </w:rPr>
            </w:pPr>
            <w:r w:rsidRPr="000759D7">
              <w:rPr>
                <w:sz w:val="17"/>
              </w:rPr>
              <w:t>A5</w:t>
            </w: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10B6B12" w14:textId="611CBA79" w:rsidR="00750E42" w:rsidRPr="000759D7" w:rsidRDefault="00750E42" w:rsidP="007408D2">
            <w:pPr>
              <w:spacing w:before="20" w:after="20"/>
              <w:jc w:val="center"/>
              <w:rPr>
                <w:sz w:val="17"/>
              </w:rPr>
            </w:pPr>
            <w:r w:rsidRPr="000759D7">
              <w:rPr>
                <w:sz w:val="17"/>
              </w:rPr>
              <w:t>DERS HOCASI</w:t>
            </w: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E1796FC" w14:textId="262AA879" w:rsidR="00750E42" w:rsidRPr="000759D7" w:rsidRDefault="00750E42" w:rsidP="007408D2">
            <w:pPr>
              <w:spacing w:before="20" w:after="20"/>
              <w:jc w:val="center"/>
              <w:rPr>
                <w:sz w:val="17"/>
              </w:rPr>
            </w:pPr>
            <w:r w:rsidRPr="000759D7">
              <w:rPr>
                <w:sz w:val="17"/>
              </w:rPr>
              <w:t xml:space="preserve">4. </w:t>
            </w:r>
            <w:proofErr w:type="spellStart"/>
            <w:r w:rsidRPr="000759D7">
              <w:rPr>
                <w:sz w:val="17"/>
              </w:rPr>
              <w:t>sınıf</w:t>
            </w:r>
            <w:proofErr w:type="spellEnd"/>
          </w:p>
        </w:tc>
      </w:tr>
      <w:tr w:rsidR="00750E42" w:rsidRPr="000759D7" w14:paraId="1BDB507D" w14:textId="77777777" w:rsidTr="00E63920">
        <w:trPr>
          <w:cantSplit/>
          <w:jc w:val="center"/>
        </w:trPr>
        <w:tc>
          <w:tcPr>
            <w:tcW w:w="1276" w:type="dxa"/>
            <w:vMerge/>
            <w:tcMar>
              <w:top w:w="45" w:type="dxa"/>
              <w:left w:w="55" w:type="dxa"/>
              <w:bottom w:w="45" w:type="dxa"/>
              <w:right w:w="55" w:type="dxa"/>
            </w:tcMar>
            <w:textDirection w:val="tbRl"/>
            <w:vAlign w:val="center"/>
          </w:tcPr>
          <w:p w14:paraId="25A1C6DB" w14:textId="77777777" w:rsidR="00750E42" w:rsidRDefault="00750E42" w:rsidP="007408D2">
            <w:pPr>
              <w:jc w:val="center"/>
              <w:rPr>
                <w:b/>
                <w:sz w:val="16"/>
              </w:rPr>
            </w:pP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A568FA8" w14:textId="6A4D2CEA" w:rsidR="00750E42" w:rsidRPr="000759D7" w:rsidRDefault="00750E42" w:rsidP="007408D2">
            <w:pPr>
              <w:spacing w:before="20" w:after="20"/>
              <w:jc w:val="center"/>
              <w:rPr>
                <w:b/>
              </w:rPr>
            </w:pPr>
            <w:proofErr w:type="spellStart"/>
            <w:r w:rsidRPr="000759D7">
              <w:rPr>
                <w:b/>
              </w:rPr>
              <w:t>Felsefe</w:t>
            </w:r>
            <w:proofErr w:type="spellEnd"/>
            <w:r w:rsidRPr="000759D7">
              <w:rPr>
                <w:b/>
              </w:rPr>
              <w:t xml:space="preserve"> </w:t>
            </w:r>
            <w:proofErr w:type="spellStart"/>
            <w:r w:rsidRPr="000759D7">
              <w:rPr>
                <w:b/>
              </w:rPr>
              <w:t>Tarihi</w:t>
            </w:r>
            <w:proofErr w:type="spellEnd"/>
            <w:r w:rsidRPr="000759D7">
              <w:rPr>
                <w:b/>
              </w:rPr>
              <w:t xml:space="preserve"> II</w:t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5D20089" w14:textId="72B27E25" w:rsidR="00750E42" w:rsidRPr="000759D7" w:rsidRDefault="00750E42" w:rsidP="007408D2">
            <w:pPr>
              <w:spacing w:before="20" w:after="20"/>
              <w:jc w:val="center"/>
              <w:rPr>
                <w:sz w:val="17"/>
              </w:rPr>
            </w:pPr>
            <w:r w:rsidRPr="000759D7">
              <w:rPr>
                <w:sz w:val="17"/>
              </w:rPr>
              <w:t>11.00</w:t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46B862D" w14:textId="15015AA6" w:rsidR="00750E42" w:rsidRPr="000759D7" w:rsidRDefault="00750E42" w:rsidP="007408D2">
            <w:pPr>
              <w:spacing w:before="20" w:after="20"/>
              <w:jc w:val="center"/>
              <w:rPr>
                <w:sz w:val="17"/>
              </w:rPr>
            </w:pPr>
            <w:r w:rsidRPr="000759D7">
              <w:rPr>
                <w:sz w:val="17"/>
              </w:rPr>
              <w:t>A</w:t>
            </w:r>
            <w:r w:rsidR="009F2659">
              <w:rPr>
                <w:sz w:val="17"/>
              </w:rPr>
              <w:t>6</w:t>
            </w: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C07304E" w14:textId="35255B78" w:rsidR="00750E42" w:rsidRPr="000759D7" w:rsidRDefault="00750E42" w:rsidP="007408D2">
            <w:pPr>
              <w:spacing w:before="20" w:after="20"/>
              <w:jc w:val="center"/>
              <w:rPr>
                <w:sz w:val="17"/>
              </w:rPr>
            </w:pPr>
            <w:r w:rsidRPr="000759D7">
              <w:rPr>
                <w:sz w:val="17"/>
              </w:rPr>
              <w:t>DERS HOCASI</w:t>
            </w: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D516E0" w14:textId="7532CC3A" w:rsidR="00750E42" w:rsidRPr="000759D7" w:rsidRDefault="00750E42" w:rsidP="007408D2">
            <w:pPr>
              <w:spacing w:before="20" w:after="20"/>
              <w:jc w:val="center"/>
              <w:rPr>
                <w:sz w:val="17"/>
              </w:rPr>
            </w:pPr>
            <w:r w:rsidRPr="000759D7">
              <w:rPr>
                <w:sz w:val="17"/>
              </w:rPr>
              <w:t xml:space="preserve">3. </w:t>
            </w:r>
            <w:proofErr w:type="spellStart"/>
            <w:r w:rsidRPr="000759D7">
              <w:rPr>
                <w:sz w:val="17"/>
              </w:rPr>
              <w:t>sınıf</w:t>
            </w:r>
            <w:proofErr w:type="spellEnd"/>
          </w:p>
        </w:tc>
      </w:tr>
      <w:tr w:rsidR="00750E42" w14:paraId="1EF75814" w14:textId="77777777" w:rsidTr="00E63920">
        <w:trPr>
          <w:cantSplit/>
          <w:jc w:val="center"/>
        </w:trPr>
        <w:tc>
          <w:tcPr>
            <w:tcW w:w="1276" w:type="dxa"/>
            <w:vMerge/>
            <w:tcMar>
              <w:top w:w="45" w:type="dxa"/>
              <w:left w:w="55" w:type="dxa"/>
              <w:bottom w:w="45" w:type="dxa"/>
              <w:right w:w="55" w:type="dxa"/>
            </w:tcMar>
            <w:textDirection w:val="tbRl"/>
            <w:vAlign w:val="center"/>
          </w:tcPr>
          <w:p w14:paraId="521EE6BD" w14:textId="4C422D7F" w:rsidR="00750E42" w:rsidRDefault="00750E42" w:rsidP="007408D2">
            <w:pPr>
              <w:jc w:val="center"/>
            </w:pP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686D062" w14:textId="77777777" w:rsidR="00750E42" w:rsidRDefault="00750E42" w:rsidP="007408D2">
            <w:pPr>
              <w:spacing w:before="20" w:after="20"/>
              <w:jc w:val="center"/>
            </w:pPr>
            <w:r>
              <w:rPr>
                <w:b/>
              </w:rPr>
              <w:t>Eğitim Psikolojisi (PFE205)</w:t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CF4EC68" w14:textId="28213FCE" w:rsidR="00750E42" w:rsidRDefault="00750E42" w:rsidP="007408D2">
            <w:pPr>
              <w:spacing w:before="20" w:after="20"/>
              <w:jc w:val="center"/>
            </w:pPr>
            <w:r>
              <w:rPr>
                <w:sz w:val="17"/>
              </w:rPr>
              <w:t>13.00</w:t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B1E4372" w14:textId="77777777" w:rsidR="00750E42" w:rsidRDefault="00750E42" w:rsidP="007408D2">
            <w:pPr>
              <w:spacing w:before="20" w:after="20"/>
              <w:jc w:val="center"/>
            </w:pPr>
            <w:r>
              <w:rPr>
                <w:sz w:val="17"/>
              </w:rPr>
              <w:t>A4-A5-A6</w:t>
            </w: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30E5B62" w14:textId="77777777" w:rsidR="00750E42" w:rsidRDefault="00750E42" w:rsidP="007408D2">
            <w:pPr>
              <w:spacing w:before="20" w:after="20"/>
              <w:jc w:val="center"/>
            </w:pPr>
            <w:r>
              <w:rPr>
                <w:sz w:val="17"/>
              </w:rPr>
              <w:t>DERS HOCASI</w:t>
            </w: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D498D1" w14:textId="0F870C19" w:rsidR="00750E42" w:rsidRDefault="00750E42" w:rsidP="007408D2">
            <w:pPr>
              <w:spacing w:before="20" w:after="20"/>
              <w:jc w:val="center"/>
            </w:pPr>
            <w:r>
              <w:rPr>
                <w:sz w:val="17"/>
              </w:rPr>
              <w:t xml:space="preserve">2. </w:t>
            </w:r>
            <w:proofErr w:type="spellStart"/>
            <w:r>
              <w:rPr>
                <w:sz w:val="17"/>
              </w:rPr>
              <w:t>sınıf</w:t>
            </w:r>
            <w:proofErr w:type="spellEnd"/>
          </w:p>
        </w:tc>
      </w:tr>
      <w:tr w:rsidR="0088087D" w14:paraId="23BAA664" w14:textId="77777777" w:rsidTr="00E63920">
        <w:trPr>
          <w:cantSplit/>
          <w:jc w:val="center"/>
        </w:trPr>
        <w:tc>
          <w:tcPr>
            <w:tcW w:w="1276" w:type="dxa"/>
            <w:vMerge/>
            <w:vAlign w:val="center"/>
          </w:tcPr>
          <w:p w14:paraId="4F4868C0" w14:textId="77777777" w:rsidR="0088087D" w:rsidRDefault="0088087D" w:rsidP="007408D2">
            <w:pPr>
              <w:jc w:val="center"/>
            </w:pP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7E76EEF" w14:textId="10BA3B0F" w:rsidR="0088087D" w:rsidRPr="00D04BF2" w:rsidRDefault="0088087D" w:rsidP="007408D2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 xml:space="preserve">Özel </w:t>
            </w:r>
            <w:proofErr w:type="spellStart"/>
            <w:r>
              <w:rPr>
                <w:b/>
              </w:rPr>
              <w:t>Öğretim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Yöntemleri</w:t>
            </w:r>
            <w:proofErr w:type="spellEnd"/>
            <w:r>
              <w:rPr>
                <w:b/>
              </w:rPr>
              <w:t xml:space="preserve"> </w:t>
            </w:r>
            <w:r w:rsidR="00701CEA">
              <w:rPr>
                <w:b/>
              </w:rPr>
              <w:t>(PFE401)</w:t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49790DA" w14:textId="7B632C28" w:rsidR="0088087D" w:rsidRPr="00D04BF2" w:rsidRDefault="0088087D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14.00</w:t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59CE6B7" w14:textId="449D9E89" w:rsidR="0088087D" w:rsidRPr="00D04BF2" w:rsidRDefault="0088087D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A6</w:t>
            </w: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F4BED7F" w14:textId="0EB95C5E" w:rsidR="0088087D" w:rsidRPr="00D04BF2" w:rsidRDefault="0088087D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DERS HOCASI</w:t>
            </w: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EE2F415" w14:textId="0C3BFFA6" w:rsidR="0088087D" w:rsidRPr="00D04BF2" w:rsidRDefault="00CA1177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4</w:t>
            </w:r>
            <w:r w:rsidR="0088087D">
              <w:rPr>
                <w:sz w:val="17"/>
              </w:rPr>
              <w:t xml:space="preserve">. </w:t>
            </w:r>
            <w:proofErr w:type="spellStart"/>
            <w:r w:rsidR="0088087D">
              <w:rPr>
                <w:sz w:val="17"/>
              </w:rPr>
              <w:t>sınıf</w:t>
            </w:r>
            <w:proofErr w:type="spellEnd"/>
          </w:p>
        </w:tc>
      </w:tr>
      <w:tr w:rsidR="00750E42" w14:paraId="6B87FB87" w14:textId="77777777" w:rsidTr="00E63920">
        <w:trPr>
          <w:cantSplit/>
          <w:jc w:val="center"/>
        </w:trPr>
        <w:tc>
          <w:tcPr>
            <w:tcW w:w="1276" w:type="dxa"/>
            <w:vMerge/>
            <w:vAlign w:val="center"/>
          </w:tcPr>
          <w:p w14:paraId="1FB1AA5B" w14:textId="77777777" w:rsidR="00750E42" w:rsidRDefault="00750E42" w:rsidP="007408D2">
            <w:pPr>
              <w:jc w:val="center"/>
            </w:pP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DE12DA9" w14:textId="2410AA96" w:rsidR="00750E42" w:rsidRPr="00D04BF2" w:rsidRDefault="00750E42" w:rsidP="007408D2">
            <w:pPr>
              <w:spacing w:before="20" w:after="20"/>
              <w:jc w:val="center"/>
              <w:rPr>
                <w:b/>
              </w:rPr>
            </w:pPr>
            <w:r w:rsidRPr="00D04BF2">
              <w:rPr>
                <w:b/>
              </w:rPr>
              <w:t xml:space="preserve">Temel Bilgi </w:t>
            </w:r>
            <w:proofErr w:type="spellStart"/>
            <w:r w:rsidRPr="00D04BF2">
              <w:rPr>
                <w:b/>
              </w:rPr>
              <w:t>ve</w:t>
            </w:r>
            <w:proofErr w:type="spellEnd"/>
            <w:r w:rsidRPr="00D04BF2">
              <w:rPr>
                <w:b/>
              </w:rPr>
              <w:t xml:space="preserve"> </w:t>
            </w:r>
            <w:proofErr w:type="spellStart"/>
            <w:r w:rsidRPr="00D04BF2">
              <w:rPr>
                <w:b/>
              </w:rPr>
              <w:t>Teknolojileri</w:t>
            </w:r>
            <w:proofErr w:type="spellEnd"/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2A1ACF9" w14:textId="3378D8AC" w:rsidR="00750E42" w:rsidRPr="00D04BF2" w:rsidRDefault="00750E42" w:rsidP="007408D2">
            <w:pPr>
              <w:spacing w:before="20" w:after="20"/>
              <w:jc w:val="center"/>
              <w:rPr>
                <w:sz w:val="17"/>
              </w:rPr>
            </w:pPr>
            <w:r w:rsidRPr="00D04BF2">
              <w:rPr>
                <w:sz w:val="17"/>
              </w:rPr>
              <w:t>1</w:t>
            </w:r>
            <w:r w:rsidR="0088087D">
              <w:rPr>
                <w:sz w:val="17"/>
              </w:rPr>
              <w:t>5</w:t>
            </w:r>
            <w:r w:rsidRPr="00D04BF2">
              <w:rPr>
                <w:sz w:val="17"/>
              </w:rPr>
              <w:t>.00</w:t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F759A9B" w14:textId="57000B06" w:rsidR="00750E42" w:rsidRPr="00D04BF2" w:rsidRDefault="00750E42" w:rsidP="007408D2">
            <w:pPr>
              <w:spacing w:before="20" w:after="20"/>
              <w:jc w:val="center"/>
              <w:rPr>
                <w:sz w:val="17"/>
              </w:rPr>
            </w:pPr>
            <w:proofErr w:type="spellStart"/>
            <w:r w:rsidRPr="00D04BF2">
              <w:rPr>
                <w:sz w:val="17"/>
              </w:rPr>
              <w:t>Laboratuvar</w:t>
            </w:r>
            <w:proofErr w:type="spellEnd"/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DB91774" w14:textId="37B3D9B2" w:rsidR="00750E42" w:rsidRPr="00D04BF2" w:rsidRDefault="00750E42" w:rsidP="007408D2">
            <w:pPr>
              <w:spacing w:before="20" w:after="20"/>
              <w:jc w:val="center"/>
              <w:rPr>
                <w:sz w:val="17"/>
              </w:rPr>
            </w:pPr>
            <w:r w:rsidRPr="00D04BF2">
              <w:rPr>
                <w:sz w:val="17"/>
              </w:rPr>
              <w:t>DERS HOCASI</w:t>
            </w: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0C5B399" w14:textId="3DA279E0" w:rsidR="00750E42" w:rsidRPr="00D04BF2" w:rsidRDefault="00750E42" w:rsidP="007408D2">
            <w:pPr>
              <w:spacing w:before="20" w:after="20"/>
              <w:jc w:val="center"/>
              <w:rPr>
                <w:sz w:val="17"/>
              </w:rPr>
            </w:pPr>
            <w:r w:rsidRPr="00D04BF2">
              <w:rPr>
                <w:sz w:val="17"/>
              </w:rPr>
              <w:t xml:space="preserve">1. </w:t>
            </w:r>
            <w:proofErr w:type="spellStart"/>
            <w:r w:rsidRPr="00D04BF2">
              <w:rPr>
                <w:sz w:val="17"/>
              </w:rPr>
              <w:t>sınıf</w:t>
            </w:r>
            <w:proofErr w:type="spellEnd"/>
          </w:p>
        </w:tc>
      </w:tr>
      <w:tr w:rsidR="00FF75CF" w14:paraId="5B784452" w14:textId="77777777" w:rsidTr="00E63920">
        <w:trPr>
          <w:cantSplit/>
          <w:jc w:val="center"/>
        </w:trPr>
        <w:tc>
          <w:tcPr>
            <w:tcW w:w="1276" w:type="dxa"/>
            <w:vMerge/>
            <w:vAlign w:val="center"/>
          </w:tcPr>
          <w:p w14:paraId="7C1C6B61" w14:textId="77777777" w:rsidR="00FF75CF" w:rsidRDefault="00FF75CF" w:rsidP="007408D2">
            <w:pPr>
              <w:jc w:val="center"/>
            </w:pP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95070FB" w14:textId="5A689A78" w:rsidR="00FF75CF" w:rsidRPr="00750E42" w:rsidRDefault="00FF75CF" w:rsidP="007408D2">
            <w:pPr>
              <w:spacing w:before="20" w:after="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Değişim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Sosyolojisi</w:t>
            </w:r>
            <w:proofErr w:type="spellEnd"/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E0B3A0E" w14:textId="22BA7544" w:rsidR="00FF75CF" w:rsidRPr="00750E42" w:rsidRDefault="00FF75CF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16.00</w:t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FBF0201" w14:textId="272EA310" w:rsidR="00FF75CF" w:rsidRPr="00750E42" w:rsidRDefault="00FF75CF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A4</w:t>
            </w: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DBCAECF" w14:textId="43326E69" w:rsidR="00FF75CF" w:rsidRPr="00750E42" w:rsidRDefault="00FF75CF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DERS HOCASI</w:t>
            </w: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A8B4238" w14:textId="00C28492" w:rsidR="00FF75CF" w:rsidRPr="00750E42" w:rsidRDefault="00FF75CF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2. </w:t>
            </w:r>
            <w:proofErr w:type="spellStart"/>
            <w:r>
              <w:rPr>
                <w:sz w:val="17"/>
              </w:rPr>
              <w:t>sınıf</w:t>
            </w:r>
            <w:proofErr w:type="spellEnd"/>
          </w:p>
        </w:tc>
      </w:tr>
      <w:tr w:rsidR="00FF75CF" w14:paraId="5DB55FDE" w14:textId="77777777" w:rsidTr="00E63920">
        <w:trPr>
          <w:cantSplit/>
          <w:jc w:val="center"/>
        </w:trPr>
        <w:tc>
          <w:tcPr>
            <w:tcW w:w="1276" w:type="dxa"/>
            <w:vAlign w:val="center"/>
          </w:tcPr>
          <w:p w14:paraId="1095B553" w14:textId="77777777" w:rsidR="00FF75CF" w:rsidRDefault="00FF75CF" w:rsidP="007408D2">
            <w:pPr>
              <w:jc w:val="center"/>
            </w:pP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A59E4C7" w14:textId="77777777" w:rsidR="00FF75CF" w:rsidRPr="00750E42" w:rsidRDefault="00FF75CF" w:rsidP="007408D2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5AA85E7" w14:textId="77777777" w:rsidR="00FF75CF" w:rsidRPr="00750E42" w:rsidRDefault="00FF75CF" w:rsidP="007408D2">
            <w:pPr>
              <w:spacing w:before="20" w:after="20"/>
              <w:jc w:val="center"/>
              <w:rPr>
                <w:sz w:val="17"/>
              </w:rPr>
            </w:pP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9DFC011" w14:textId="77777777" w:rsidR="00FF75CF" w:rsidRPr="00750E42" w:rsidRDefault="00FF75CF" w:rsidP="007408D2">
            <w:pPr>
              <w:spacing w:before="20" w:after="20"/>
              <w:jc w:val="center"/>
              <w:rPr>
                <w:sz w:val="17"/>
              </w:rPr>
            </w:pP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7D81B26" w14:textId="4B76963C" w:rsidR="00FF75CF" w:rsidRPr="00750E42" w:rsidRDefault="00FF75CF" w:rsidP="007408D2">
            <w:pPr>
              <w:spacing w:before="20" w:after="20"/>
              <w:jc w:val="center"/>
              <w:rPr>
                <w:sz w:val="17"/>
              </w:rPr>
            </w:pP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8966BE1" w14:textId="77777777" w:rsidR="00FF75CF" w:rsidRPr="00750E42" w:rsidRDefault="00FF75CF" w:rsidP="007408D2">
            <w:pPr>
              <w:spacing w:before="20" w:after="20"/>
              <w:jc w:val="center"/>
              <w:rPr>
                <w:sz w:val="17"/>
              </w:rPr>
            </w:pPr>
          </w:p>
        </w:tc>
      </w:tr>
      <w:tr w:rsidR="00FF75CF" w14:paraId="37B3639B" w14:textId="77777777" w:rsidTr="00E63920">
        <w:trPr>
          <w:cantSplit/>
          <w:jc w:val="center"/>
        </w:trPr>
        <w:tc>
          <w:tcPr>
            <w:tcW w:w="1276" w:type="dxa"/>
            <w:vMerge w:val="restart"/>
            <w:tcMar>
              <w:top w:w="45" w:type="dxa"/>
              <w:left w:w="55" w:type="dxa"/>
              <w:bottom w:w="45" w:type="dxa"/>
              <w:right w:w="55" w:type="dxa"/>
            </w:tcMar>
            <w:textDirection w:val="tbRl"/>
            <w:vAlign w:val="center"/>
          </w:tcPr>
          <w:p w14:paraId="672034DB" w14:textId="17F8DB65" w:rsidR="00FF75CF" w:rsidRDefault="00FF75CF" w:rsidP="007408D2">
            <w:pPr>
              <w:jc w:val="center"/>
            </w:pPr>
            <w:r>
              <w:rPr>
                <w:b/>
                <w:sz w:val="16"/>
              </w:rPr>
              <w:t xml:space="preserve">11.11.2026 </w:t>
            </w:r>
            <w:proofErr w:type="spellStart"/>
            <w:r>
              <w:rPr>
                <w:b/>
                <w:sz w:val="16"/>
              </w:rPr>
              <w:t>Ç</w:t>
            </w:r>
            <w:r w:rsidR="007408D2">
              <w:rPr>
                <w:b/>
                <w:sz w:val="16"/>
              </w:rPr>
              <w:t>arşamba</w:t>
            </w:r>
            <w:proofErr w:type="spellEnd"/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998A1AE" w14:textId="2A59C178" w:rsidR="00FF75CF" w:rsidRDefault="00FF75CF" w:rsidP="007408D2">
            <w:pPr>
              <w:spacing w:before="20" w:after="20"/>
              <w:jc w:val="center"/>
            </w:pPr>
            <w:proofErr w:type="spellStart"/>
            <w:r>
              <w:rPr>
                <w:b/>
              </w:rPr>
              <w:t>Sosyal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Tabakalaşma</w:t>
            </w:r>
            <w:proofErr w:type="spellEnd"/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F7F6E2C" w14:textId="2EA8236C" w:rsidR="00FF75CF" w:rsidRDefault="00FF75CF" w:rsidP="007408D2">
            <w:pPr>
              <w:spacing w:before="20" w:after="20"/>
              <w:jc w:val="center"/>
            </w:pPr>
            <w:r>
              <w:rPr>
                <w:sz w:val="17"/>
              </w:rPr>
              <w:t>09.00</w:t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6B25F48" w14:textId="66C9F116" w:rsidR="00FF75CF" w:rsidRDefault="00FF75CF" w:rsidP="007408D2">
            <w:pPr>
              <w:spacing w:before="20" w:after="20"/>
              <w:jc w:val="center"/>
            </w:pPr>
            <w:r>
              <w:rPr>
                <w:sz w:val="17"/>
              </w:rPr>
              <w:t>A</w:t>
            </w:r>
            <w:r w:rsidR="009F2659">
              <w:rPr>
                <w:sz w:val="17"/>
              </w:rPr>
              <w:t>6</w:t>
            </w: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3FE2A11" w14:textId="087A07E2" w:rsidR="00FF75CF" w:rsidRDefault="00FF75CF" w:rsidP="007408D2">
            <w:pPr>
              <w:spacing w:before="20" w:after="20"/>
              <w:jc w:val="center"/>
            </w:pPr>
            <w:r>
              <w:rPr>
                <w:sz w:val="17"/>
              </w:rPr>
              <w:t>DERS HOCASI</w:t>
            </w: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8A0B102" w14:textId="5E7C9531" w:rsidR="00FF75CF" w:rsidRDefault="00FF75CF" w:rsidP="007408D2">
            <w:pPr>
              <w:spacing w:before="20" w:after="20"/>
              <w:jc w:val="center"/>
            </w:pPr>
            <w:r>
              <w:rPr>
                <w:sz w:val="17"/>
              </w:rPr>
              <w:t xml:space="preserve">3. </w:t>
            </w:r>
            <w:proofErr w:type="spellStart"/>
            <w:r>
              <w:rPr>
                <w:sz w:val="17"/>
              </w:rPr>
              <w:t>sınıf</w:t>
            </w:r>
            <w:proofErr w:type="spellEnd"/>
          </w:p>
        </w:tc>
      </w:tr>
      <w:tr w:rsidR="00FF75CF" w14:paraId="440E0C91" w14:textId="77777777" w:rsidTr="00E63920">
        <w:trPr>
          <w:cantSplit/>
          <w:jc w:val="center"/>
        </w:trPr>
        <w:tc>
          <w:tcPr>
            <w:tcW w:w="1276" w:type="dxa"/>
            <w:vMerge/>
            <w:vAlign w:val="center"/>
          </w:tcPr>
          <w:p w14:paraId="568697AD" w14:textId="77777777" w:rsidR="00FF75CF" w:rsidRDefault="00FF75CF" w:rsidP="007408D2">
            <w:pPr>
              <w:jc w:val="center"/>
            </w:pP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475B938" w14:textId="7AD8724D" w:rsidR="00FF75CF" w:rsidRDefault="00FF75CF" w:rsidP="007408D2">
            <w:pPr>
              <w:spacing w:before="20" w:after="20"/>
              <w:jc w:val="center"/>
            </w:pPr>
            <w:proofErr w:type="spellStart"/>
            <w:r>
              <w:rPr>
                <w:b/>
              </w:rPr>
              <w:t>Psikolojiye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Giriş</w:t>
            </w:r>
            <w:proofErr w:type="spellEnd"/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34F4601" w14:textId="0465AC16" w:rsidR="00FF75CF" w:rsidRDefault="00FF75CF" w:rsidP="007408D2">
            <w:pPr>
              <w:spacing w:before="20" w:after="20"/>
              <w:jc w:val="center"/>
            </w:pPr>
            <w:r>
              <w:rPr>
                <w:sz w:val="17"/>
              </w:rPr>
              <w:t>10.00</w:t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33D51BC" w14:textId="74EE6E67" w:rsidR="00FF75CF" w:rsidRDefault="00FF75CF" w:rsidP="007408D2">
            <w:pPr>
              <w:spacing w:before="20" w:after="20"/>
              <w:jc w:val="center"/>
            </w:pPr>
            <w:r>
              <w:rPr>
                <w:sz w:val="17"/>
              </w:rPr>
              <w:t>A</w:t>
            </w:r>
            <w:r w:rsidR="009F2659">
              <w:rPr>
                <w:sz w:val="17"/>
              </w:rPr>
              <w:t>5</w:t>
            </w: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27543B4" w14:textId="5A429B0C" w:rsidR="00FF75CF" w:rsidRDefault="00FF75CF" w:rsidP="007408D2">
            <w:pPr>
              <w:spacing w:before="20" w:after="20"/>
              <w:jc w:val="center"/>
            </w:pPr>
            <w:r>
              <w:rPr>
                <w:sz w:val="17"/>
              </w:rPr>
              <w:t>DERS HOCASI</w:t>
            </w: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7B34941" w14:textId="4F6BC42C" w:rsidR="00FF75CF" w:rsidRDefault="00FF75CF" w:rsidP="007408D2">
            <w:pPr>
              <w:spacing w:before="20" w:after="20"/>
              <w:jc w:val="center"/>
            </w:pPr>
            <w:r>
              <w:rPr>
                <w:sz w:val="17"/>
              </w:rPr>
              <w:t xml:space="preserve">1. </w:t>
            </w:r>
            <w:proofErr w:type="spellStart"/>
            <w:r>
              <w:rPr>
                <w:sz w:val="17"/>
              </w:rPr>
              <w:t>sınıf</w:t>
            </w:r>
            <w:proofErr w:type="spellEnd"/>
          </w:p>
        </w:tc>
      </w:tr>
      <w:tr w:rsidR="00FF75CF" w14:paraId="2862B66F" w14:textId="77777777" w:rsidTr="00E63920">
        <w:trPr>
          <w:cantSplit/>
          <w:jc w:val="center"/>
        </w:trPr>
        <w:tc>
          <w:tcPr>
            <w:tcW w:w="1276" w:type="dxa"/>
            <w:vMerge/>
            <w:vAlign w:val="center"/>
          </w:tcPr>
          <w:p w14:paraId="42DA7E04" w14:textId="77777777" w:rsidR="00FF75CF" w:rsidRDefault="00FF75CF" w:rsidP="007408D2">
            <w:pPr>
              <w:jc w:val="center"/>
            </w:pP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32136E5" w14:textId="23A79375" w:rsidR="00FF75CF" w:rsidRDefault="00FF75CF" w:rsidP="007408D2">
            <w:pPr>
              <w:spacing w:before="20" w:after="20"/>
              <w:jc w:val="center"/>
              <w:rPr>
                <w:b/>
              </w:rPr>
            </w:pPr>
            <w:proofErr w:type="spellStart"/>
            <w:r w:rsidRPr="00F27600">
              <w:rPr>
                <w:b/>
              </w:rPr>
              <w:t>Sosyal</w:t>
            </w:r>
            <w:proofErr w:type="spellEnd"/>
            <w:r w:rsidRPr="00F27600">
              <w:rPr>
                <w:b/>
              </w:rPr>
              <w:t xml:space="preserve"> </w:t>
            </w:r>
            <w:proofErr w:type="spellStart"/>
            <w:r w:rsidRPr="00F27600">
              <w:rPr>
                <w:b/>
              </w:rPr>
              <w:t>İstatistik</w:t>
            </w:r>
            <w:proofErr w:type="spellEnd"/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C43C80F" w14:textId="5850A317" w:rsidR="00FF75CF" w:rsidRDefault="00FF75CF" w:rsidP="007408D2">
            <w:pPr>
              <w:spacing w:before="20" w:after="20"/>
              <w:jc w:val="center"/>
              <w:rPr>
                <w:sz w:val="17"/>
              </w:rPr>
            </w:pPr>
            <w:r w:rsidRPr="00F27600">
              <w:rPr>
                <w:sz w:val="17"/>
              </w:rPr>
              <w:t>11.00</w:t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F5EAB43" w14:textId="288D9B06" w:rsidR="00FF75CF" w:rsidRDefault="00FF75CF" w:rsidP="007408D2">
            <w:pPr>
              <w:spacing w:before="20" w:after="20"/>
              <w:jc w:val="center"/>
              <w:rPr>
                <w:sz w:val="17"/>
              </w:rPr>
            </w:pPr>
            <w:r w:rsidRPr="00F27600">
              <w:rPr>
                <w:sz w:val="17"/>
              </w:rPr>
              <w:t>A6</w:t>
            </w: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DDCEB94" w14:textId="5B80FDB5" w:rsidR="00FF75CF" w:rsidRPr="00F27600" w:rsidRDefault="00FF75CF" w:rsidP="007408D2">
            <w:pPr>
              <w:spacing w:before="20" w:after="20"/>
              <w:jc w:val="center"/>
              <w:rPr>
                <w:sz w:val="17"/>
              </w:rPr>
            </w:pPr>
            <w:r w:rsidRPr="00F27600">
              <w:rPr>
                <w:sz w:val="17"/>
              </w:rPr>
              <w:t>DERS HOCASI</w:t>
            </w: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F46561E" w14:textId="46292A46" w:rsidR="00FF75CF" w:rsidRPr="00F27600" w:rsidRDefault="00FF75CF" w:rsidP="007408D2">
            <w:pPr>
              <w:spacing w:before="20" w:after="20"/>
              <w:jc w:val="center"/>
              <w:rPr>
                <w:sz w:val="17"/>
              </w:rPr>
            </w:pPr>
            <w:r w:rsidRPr="00F27600">
              <w:rPr>
                <w:sz w:val="17"/>
              </w:rPr>
              <w:t xml:space="preserve">2. </w:t>
            </w:r>
            <w:proofErr w:type="spellStart"/>
            <w:r w:rsidRPr="00F27600">
              <w:rPr>
                <w:sz w:val="17"/>
              </w:rPr>
              <w:t>sınıf</w:t>
            </w:r>
            <w:proofErr w:type="spellEnd"/>
          </w:p>
        </w:tc>
      </w:tr>
      <w:tr w:rsidR="00FF75CF" w14:paraId="7C52FE70" w14:textId="77777777" w:rsidTr="00E63920">
        <w:trPr>
          <w:cantSplit/>
          <w:jc w:val="center"/>
        </w:trPr>
        <w:tc>
          <w:tcPr>
            <w:tcW w:w="1276" w:type="dxa"/>
            <w:vMerge/>
            <w:vAlign w:val="center"/>
          </w:tcPr>
          <w:p w14:paraId="4CC5B720" w14:textId="77777777" w:rsidR="00FF75CF" w:rsidRDefault="00FF75CF" w:rsidP="007408D2">
            <w:pPr>
              <w:jc w:val="center"/>
            </w:pP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80F1CF1" w14:textId="77777777" w:rsidR="00FF75CF" w:rsidRDefault="00FF75CF" w:rsidP="007408D2">
            <w:pPr>
              <w:spacing w:before="20" w:after="20"/>
              <w:jc w:val="center"/>
            </w:pPr>
            <w:r>
              <w:rPr>
                <w:b/>
              </w:rPr>
              <w:t>Rehberlik ve Özel Eğitim (PFE303)</w:t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6D62CFB" w14:textId="17B3AC14" w:rsidR="00FF75CF" w:rsidRDefault="00FF75CF" w:rsidP="007408D2">
            <w:pPr>
              <w:spacing w:before="20" w:after="20"/>
              <w:jc w:val="center"/>
            </w:pPr>
            <w:r>
              <w:rPr>
                <w:sz w:val="17"/>
              </w:rPr>
              <w:t>13.00</w:t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1887472" w14:textId="77777777" w:rsidR="00FF75CF" w:rsidRDefault="00FF75CF" w:rsidP="007408D2">
            <w:pPr>
              <w:spacing w:before="20" w:after="20"/>
              <w:jc w:val="center"/>
            </w:pPr>
            <w:r>
              <w:rPr>
                <w:sz w:val="17"/>
              </w:rPr>
              <w:t>A4-A5-A6</w:t>
            </w: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AE81C66" w14:textId="77777777" w:rsidR="00FF75CF" w:rsidRDefault="00FF75CF" w:rsidP="007408D2">
            <w:pPr>
              <w:spacing w:before="20" w:after="20"/>
              <w:jc w:val="center"/>
            </w:pPr>
            <w:r>
              <w:rPr>
                <w:sz w:val="17"/>
              </w:rPr>
              <w:t>DERS HOCASI</w:t>
            </w: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5962695" w14:textId="0CAEED9F" w:rsidR="00FF75CF" w:rsidRDefault="00FF75CF" w:rsidP="007408D2">
            <w:pPr>
              <w:spacing w:before="20" w:after="20"/>
              <w:jc w:val="center"/>
            </w:pPr>
            <w:r>
              <w:rPr>
                <w:sz w:val="17"/>
              </w:rPr>
              <w:t>3.sınıf</w:t>
            </w:r>
          </w:p>
        </w:tc>
      </w:tr>
      <w:tr w:rsidR="00FF75CF" w14:paraId="44D97220" w14:textId="77777777" w:rsidTr="00E63920">
        <w:trPr>
          <w:cantSplit/>
          <w:jc w:val="center"/>
        </w:trPr>
        <w:tc>
          <w:tcPr>
            <w:tcW w:w="1276" w:type="dxa"/>
            <w:vMerge/>
            <w:vAlign w:val="center"/>
          </w:tcPr>
          <w:p w14:paraId="77FCB57C" w14:textId="77777777" w:rsidR="00FF75CF" w:rsidRDefault="00FF75CF" w:rsidP="007408D2">
            <w:pPr>
              <w:jc w:val="center"/>
            </w:pP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4CB3DD3" w14:textId="15C8C35C" w:rsidR="00FF75CF" w:rsidRDefault="00FF75CF" w:rsidP="007408D2">
            <w:pPr>
              <w:spacing w:before="20" w:after="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Değerler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Sosyolojisi</w:t>
            </w:r>
            <w:proofErr w:type="spellEnd"/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40F9127" w14:textId="30AF914B" w:rsidR="00FF75CF" w:rsidRDefault="00FF75CF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14.00</w:t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4408CA4" w14:textId="445555FE" w:rsidR="00FF75CF" w:rsidRDefault="00FF75CF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A6</w:t>
            </w: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B6032A4" w14:textId="18D0CA4A" w:rsidR="00FF75CF" w:rsidRDefault="00FF75CF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DERS HOCASI</w:t>
            </w: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48386DD" w14:textId="29F59273" w:rsidR="00FF75CF" w:rsidRDefault="00FF75CF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2. </w:t>
            </w:r>
            <w:proofErr w:type="spellStart"/>
            <w:r>
              <w:rPr>
                <w:sz w:val="17"/>
              </w:rPr>
              <w:t>sınıf</w:t>
            </w:r>
            <w:proofErr w:type="spellEnd"/>
          </w:p>
        </w:tc>
      </w:tr>
      <w:tr w:rsidR="00FF75CF" w14:paraId="3AC55F6F" w14:textId="77777777" w:rsidTr="00E63920">
        <w:trPr>
          <w:cantSplit/>
          <w:jc w:val="center"/>
        </w:trPr>
        <w:tc>
          <w:tcPr>
            <w:tcW w:w="1276" w:type="dxa"/>
            <w:vMerge/>
            <w:vAlign w:val="center"/>
          </w:tcPr>
          <w:p w14:paraId="51C37045" w14:textId="77777777" w:rsidR="00FF75CF" w:rsidRDefault="00FF75CF" w:rsidP="007408D2">
            <w:pPr>
              <w:jc w:val="center"/>
            </w:pP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1B6F536" w14:textId="7C3FE296" w:rsidR="00FF75CF" w:rsidRDefault="00FF75CF" w:rsidP="007408D2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2E9F2E7" w14:textId="755398D5" w:rsidR="00FF75CF" w:rsidRDefault="00FF75CF" w:rsidP="007408D2">
            <w:pPr>
              <w:spacing w:before="20" w:after="20"/>
              <w:jc w:val="center"/>
              <w:rPr>
                <w:sz w:val="17"/>
              </w:rPr>
            </w:pP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4188367" w14:textId="6433913C" w:rsidR="00FF75CF" w:rsidRDefault="00FF75CF" w:rsidP="007408D2">
            <w:pPr>
              <w:spacing w:before="20" w:after="20"/>
              <w:jc w:val="center"/>
              <w:rPr>
                <w:sz w:val="17"/>
              </w:rPr>
            </w:pP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B75C716" w14:textId="0B649CA5" w:rsidR="00FF75CF" w:rsidRDefault="00FF75CF" w:rsidP="007408D2">
            <w:pPr>
              <w:spacing w:before="20" w:after="20"/>
              <w:jc w:val="center"/>
              <w:rPr>
                <w:sz w:val="17"/>
              </w:rPr>
            </w:pP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063411A" w14:textId="006367DB" w:rsidR="00FF75CF" w:rsidRDefault="00FF75CF" w:rsidP="007408D2">
            <w:pPr>
              <w:spacing w:before="20" w:after="20"/>
              <w:jc w:val="center"/>
              <w:rPr>
                <w:sz w:val="17"/>
              </w:rPr>
            </w:pPr>
          </w:p>
        </w:tc>
      </w:tr>
      <w:tr w:rsidR="00FF75CF" w14:paraId="5BAD1AC8" w14:textId="77777777" w:rsidTr="00E63920">
        <w:trPr>
          <w:cantSplit/>
          <w:jc w:val="center"/>
        </w:trPr>
        <w:tc>
          <w:tcPr>
            <w:tcW w:w="1276" w:type="dxa"/>
            <w:vAlign w:val="center"/>
          </w:tcPr>
          <w:p w14:paraId="7388C6CF" w14:textId="77777777" w:rsidR="00FF75CF" w:rsidRDefault="00FF75CF" w:rsidP="007408D2">
            <w:pPr>
              <w:jc w:val="center"/>
            </w:pP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13FF978" w14:textId="77777777" w:rsidR="00FF75CF" w:rsidRDefault="00FF75CF" w:rsidP="007408D2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E525D9D" w14:textId="77777777" w:rsidR="00FF75CF" w:rsidRDefault="00FF75CF" w:rsidP="007408D2">
            <w:pPr>
              <w:spacing w:before="20" w:after="20"/>
              <w:jc w:val="center"/>
              <w:rPr>
                <w:sz w:val="17"/>
              </w:rPr>
            </w:pP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8DE34E3" w14:textId="77777777" w:rsidR="00FF75CF" w:rsidRDefault="00FF75CF" w:rsidP="007408D2">
            <w:pPr>
              <w:spacing w:before="20" w:after="20"/>
              <w:jc w:val="center"/>
              <w:rPr>
                <w:sz w:val="17"/>
              </w:rPr>
            </w:pP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F9FD50A" w14:textId="77777777" w:rsidR="00FF75CF" w:rsidRDefault="00FF75CF" w:rsidP="007408D2">
            <w:pPr>
              <w:spacing w:before="20" w:after="20"/>
              <w:jc w:val="center"/>
              <w:rPr>
                <w:sz w:val="17"/>
              </w:rPr>
            </w:pP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1BC9BAE" w14:textId="77777777" w:rsidR="00FF75CF" w:rsidRDefault="00FF75CF" w:rsidP="007408D2">
            <w:pPr>
              <w:spacing w:before="20" w:after="20"/>
              <w:jc w:val="center"/>
              <w:rPr>
                <w:sz w:val="17"/>
              </w:rPr>
            </w:pPr>
          </w:p>
        </w:tc>
      </w:tr>
      <w:tr w:rsidR="00B5239D" w14:paraId="53CD0EA6" w14:textId="77777777" w:rsidTr="00E63920">
        <w:trPr>
          <w:cantSplit/>
          <w:jc w:val="center"/>
        </w:trPr>
        <w:tc>
          <w:tcPr>
            <w:tcW w:w="1276" w:type="dxa"/>
            <w:vMerge w:val="restart"/>
            <w:tcMar>
              <w:top w:w="45" w:type="dxa"/>
              <w:left w:w="55" w:type="dxa"/>
              <w:bottom w:w="45" w:type="dxa"/>
              <w:right w:w="55" w:type="dxa"/>
            </w:tcMar>
            <w:textDirection w:val="tbRl"/>
            <w:vAlign w:val="center"/>
          </w:tcPr>
          <w:p w14:paraId="631DBABF" w14:textId="4CEE2B4B" w:rsidR="00B5239D" w:rsidRDefault="00B5239D" w:rsidP="007408D2">
            <w:pPr>
              <w:jc w:val="center"/>
            </w:pPr>
            <w:r>
              <w:rPr>
                <w:b/>
                <w:sz w:val="16"/>
              </w:rPr>
              <w:t xml:space="preserve">12.11.2026 </w:t>
            </w:r>
            <w:proofErr w:type="spellStart"/>
            <w:r>
              <w:rPr>
                <w:b/>
                <w:sz w:val="16"/>
              </w:rPr>
              <w:t>P</w:t>
            </w:r>
            <w:r w:rsidR="007408D2">
              <w:rPr>
                <w:b/>
                <w:sz w:val="16"/>
              </w:rPr>
              <w:t>erşembe</w:t>
            </w:r>
            <w:proofErr w:type="spellEnd"/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6920F47" w14:textId="77777777" w:rsidR="00B5239D" w:rsidRDefault="00B5239D" w:rsidP="007408D2">
            <w:pPr>
              <w:spacing w:before="20" w:after="20"/>
              <w:jc w:val="center"/>
            </w:pPr>
            <w:r>
              <w:rPr>
                <w:b/>
              </w:rPr>
              <w:t>Sosyal Bilimlerde Metodoloji I</w:t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C60BAC3" w14:textId="5DBF5D1E" w:rsidR="00B5239D" w:rsidRDefault="00B5239D" w:rsidP="007408D2">
            <w:pPr>
              <w:spacing w:before="20" w:after="20"/>
              <w:jc w:val="center"/>
            </w:pPr>
            <w:r>
              <w:rPr>
                <w:sz w:val="17"/>
              </w:rPr>
              <w:t>09.00</w:t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5E98583" w14:textId="5F7253C5" w:rsidR="00B5239D" w:rsidRDefault="009F2659" w:rsidP="007408D2">
            <w:pPr>
              <w:spacing w:before="20" w:after="20"/>
              <w:jc w:val="center"/>
            </w:pPr>
            <w:r>
              <w:t>A6</w:t>
            </w: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B3AEAF" w14:textId="77777777" w:rsidR="00B5239D" w:rsidRDefault="00B5239D" w:rsidP="007408D2">
            <w:pPr>
              <w:spacing w:before="20" w:after="20"/>
              <w:jc w:val="center"/>
            </w:pPr>
            <w:r>
              <w:rPr>
                <w:sz w:val="17"/>
              </w:rPr>
              <w:t>DERS HOCASI</w:t>
            </w: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A413CFA" w14:textId="77777777" w:rsidR="00B5239D" w:rsidRDefault="00B5239D" w:rsidP="007408D2">
            <w:pPr>
              <w:spacing w:before="20" w:after="20"/>
              <w:jc w:val="center"/>
            </w:pPr>
            <w:r>
              <w:rPr>
                <w:sz w:val="17"/>
              </w:rPr>
              <w:t>2. sınıf</w:t>
            </w:r>
          </w:p>
        </w:tc>
      </w:tr>
      <w:tr w:rsidR="004B05AF" w14:paraId="16AB3D86" w14:textId="77777777" w:rsidTr="00E63920">
        <w:trPr>
          <w:cantSplit/>
          <w:jc w:val="center"/>
        </w:trPr>
        <w:tc>
          <w:tcPr>
            <w:tcW w:w="1276" w:type="dxa"/>
            <w:vMerge/>
            <w:vAlign w:val="center"/>
          </w:tcPr>
          <w:p w14:paraId="7CB7C93F" w14:textId="77777777" w:rsidR="004B05AF" w:rsidRDefault="004B05AF" w:rsidP="007408D2">
            <w:pPr>
              <w:jc w:val="center"/>
            </w:pP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1B07903" w14:textId="1B1EFB1B" w:rsidR="004B05AF" w:rsidRDefault="004B05AF" w:rsidP="007408D2">
            <w:pPr>
              <w:spacing w:before="20" w:after="20"/>
              <w:jc w:val="center"/>
            </w:pPr>
            <w:r>
              <w:rPr>
                <w:b/>
              </w:rPr>
              <w:t xml:space="preserve">Din </w:t>
            </w:r>
            <w:proofErr w:type="spellStart"/>
            <w:r>
              <w:rPr>
                <w:b/>
              </w:rPr>
              <w:t>Sosyolojisi</w:t>
            </w:r>
            <w:proofErr w:type="spellEnd"/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A1F3CFB" w14:textId="74FF6A90" w:rsidR="004B05AF" w:rsidRDefault="004B05AF" w:rsidP="007408D2">
            <w:pPr>
              <w:spacing w:before="20" w:after="20"/>
              <w:jc w:val="center"/>
            </w:pPr>
            <w:r>
              <w:rPr>
                <w:sz w:val="17"/>
              </w:rPr>
              <w:t>10.00</w:t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B7361AA" w14:textId="41E3A637" w:rsidR="004B05AF" w:rsidRDefault="004B05AF" w:rsidP="007408D2">
            <w:pPr>
              <w:spacing w:before="20" w:after="20"/>
              <w:jc w:val="center"/>
            </w:pPr>
            <w:r>
              <w:rPr>
                <w:sz w:val="17"/>
              </w:rPr>
              <w:t>A5</w:t>
            </w: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476B9F6" w14:textId="3B03B588" w:rsidR="004B05AF" w:rsidRDefault="004B05AF" w:rsidP="007408D2">
            <w:pPr>
              <w:spacing w:before="20" w:after="20"/>
              <w:jc w:val="center"/>
            </w:pPr>
            <w:r>
              <w:rPr>
                <w:sz w:val="17"/>
              </w:rPr>
              <w:t>DERS HOCASI</w:t>
            </w: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9C8C7F1" w14:textId="7F727137" w:rsidR="004B05AF" w:rsidRDefault="004B05AF" w:rsidP="007408D2">
            <w:pPr>
              <w:spacing w:before="20" w:after="20"/>
              <w:jc w:val="center"/>
            </w:pPr>
            <w:r>
              <w:rPr>
                <w:sz w:val="17"/>
              </w:rPr>
              <w:t xml:space="preserve">3. </w:t>
            </w:r>
            <w:proofErr w:type="spellStart"/>
            <w:r>
              <w:rPr>
                <w:sz w:val="17"/>
              </w:rPr>
              <w:t>sınıf</w:t>
            </w:r>
            <w:proofErr w:type="spellEnd"/>
          </w:p>
        </w:tc>
      </w:tr>
      <w:tr w:rsidR="00B5239D" w14:paraId="6BACE74A" w14:textId="77777777" w:rsidTr="00E63920">
        <w:trPr>
          <w:cantSplit/>
          <w:jc w:val="center"/>
        </w:trPr>
        <w:tc>
          <w:tcPr>
            <w:tcW w:w="1276" w:type="dxa"/>
            <w:vMerge/>
            <w:vAlign w:val="center"/>
          </w:tcPr>
          <w:p w14:paraId="55912A15" w14:textId="77777777" w:rsidR="00B5239D" w:rsidRDefault="00B5239D" w:rsidP="007408D2">
            <w:pPr>
              <w:jc w:val="center"/>
            </w:pP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D0847D7" w14:textId="0B07F30B" w:rsidR="00B5239D" w:rsidRDefault="00B5239D" w:rsidP="007408D2">
            <w:pPr>
              <w:spacing w:before="20" w:after="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Sosyolojiye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Giriş</w:t>
            </w:r>
            <w:proofErr w:type="spellEnd"/>
            <w:r>
              <w:rPr>
                <w:b/>
              </w:rPr>
              <w:t xml:space="preserve"> I</w:t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1B8CDAA" w14:textId="656E2F86" w:rsidR="00B5239D" w:rsidRDefault="00B5239D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  <w:r w:rsidR="00E25B19">
              <w:rPr>
                <w:sz w:val="17"/>
              </w:rPr>
              <w:t>1.00</w:t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9B69BF8" w14:textId="650AB54F" w:rsidR="00B5239D" w:rsidRDefault="00B5239D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A6</w:t>
            </w: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D8A4F30" w14:textId="66DA804C" w:rsidR="00B5239D" w:rsidRDefault="00B5239D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DERS HOCASI</w:t>
            </w: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E0CC9F8" w14:textId="6778D353" w:rsidR="00B5239D" w:rsidRDefault="00B5239D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1. </w:t>
            </w:r>
            <w:proofErr w:type="spellStart"/>
            <w:r>
              <w:rPr>
                <w:sz w:val="17"/>
              </w:rPr>
              <w:t>sınıf</w:t>
            </w:r>
            <w:proofErr w:type="spellEnd"/>
          </w:p>
        </w:tc>
      </w:tr>
      <w:tr w:rsidR="00B5239D" w14:paraId="3BB6C999" w14:textId="77777777" w:rsidTr="00E63920">
        <w:trPr>
          <w:cantSplit/>
          <w:jc w:val="center"/>
        </w:trPr>
        <w:tc>
          <w:tcPr>
            <w:tcW w:w="1276" w:type="dxa"/>
            <w:vMerge/>
            <w:vAlign w:val="center"/>
          </w:tcPr>
          <w:p w14:paraId="7FD6BF89" w14:textId="77777777" w:rsidR="00B5239D" w:rsidRDefault="00B5239D" w:rsidP="007408D2">
            <w:pPr>
              <w:jc w:val="center"/>
            </w:pP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C7EF0BD" w14:textId="77777777" w:rsidR="00B5239D" w:rsidRDefault="00B5239D" w:rsidP="007408D2">
            <w:pPr>
              <w:spacing w:before="20" w:after="20"/>
              <w:jc w:val="center"/>
            </w:pPr>
            <w:r>
              <w:rPr>
                <w:b/>
              </w:rPr>
              <w:t>İktisat Sosyolojisi</w:t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CE67A2B" w14:textId="2697DDEF" w:rsidR="00B5239D" w:rsidRDefault="00B5239D" w:rsidP="007408D2">
            <w:pPr>
              <w:spacing w:before="20" w:after="20"/>
              <w:jc w:val="center"/>
            </w:pPr>
            <w:r>
              <w:rPr>
                <w:sz w:val="17"/>
              </w:rPr>
              <w:t>1</w:t>
            </w:r>
            <w:r w:rsidR="00E25B19">
              <w:rPr>
                <w:sz w:val="17"/>
              </w:rPr>
              <w:t>3.00</w:t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0E9B909" w14:textId="77777777" w:rsidR="00B5239D" w:rsidRDefault="00B5239D" w:rsidP="007408D2">
            <w:pPr>
              <w:spacing w:before="20" w:after="20"/>
              <w:jc w:val="center"/>
            </w:pPr>
            <w:r>
              <w:rPr>
                <w:sz w:val="17"/>
              </w:rPr>
              <w:t>A6</w:t>
            </w: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16C59F2" w14:textId="77777777" w:rsidR="00B5239D" w:rsidRDefault="00B5239D" w:rsidP="007408D2">
            <w:pPr>
              <w:spacing w:before="20" w:after="20"/>
              <w:jc w:val="center"/>
            </w:pPr>
            <w:r>
              <w:rPr>
                <w:sz w:val="17"/>
              </w:rPr>
              <w:t>DERS HOCASI</w:t>
            </w: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4C38449" w14:textId="78BD10BC" w:rsidR="00B5239D" w:rsidRDefault="007060AD" w:rsidP="007408D2">
            <w:pPr>
              <w:spacing w:before="20" w:after="20"/>
              <w:jc w:val="center"/>
            </w:pPr>
            <w:r>
              <w:rPr>
                <w:sz w:val="17"/>
              </w:rPr>
              <w:t>3</w:t>
            </w:r>
            <w:r w:rsidR="00B5239D">
              <w:rPr>
                <w:sz w:val="17"/>
              </w:rPr>
              <w:t>. sınıf</w:t>
            </w:r>
          </w:p>
        </w:tc>
      </w:tr>
      <w:tr w:rsidR="00B5239D" w14:paraId="63E915E3" w14:textId="77777777" w:rsidTr="00E63920">
        <w:trPr>
          <w:cantSplit/>
          <w:jc w:val="center"/>
        </w:trPr>
        <w:tc>
          <w:tcPr>
            <w:tcW w:w="1276" w:type="dxa"/>
            <w:vMerge/>
            <w:vAlign w:val="center"/>
          </w:tcPr>
          <w:p w14:paraId="6F3BA7B0" w14:textId="77777777" w:rsidR="00B5239D" w:rsidRDefault="00B5239D" w:rsidP="007408D2">
            <w:pPr>
              <w:jc w:val="center"/>
            </w:pP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045F3B9" w14:textId="77777777" w:rsidR="00B5239D" w:rsidRDefault="00B5239D" w:rsidP="007408D2">
            <w:pPr>
              <w:spacing w:before="20" w:after="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Türkiye’de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Sosyoloji</w:t>
            </w:r>
            <w:proofErr w:type="spellEnd"/>
          </w:p>
          <w:p w14:paraId="76A3DB77" w14:textId="77777777" w:rsidR="00B5239D" w:rsidRDefault="00B5239D" w:rsidP="007408D2">
            <w:pPr>
              <w:spacing w:before="20" w:after="20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/</w:t>
            </w:r>
          </w:p>
          <w:p w14:paraId="5E9CFB7A" w14:textId="07276D94" w:rsidR="00B5239D" w:rsidRDefault="00B5239D" w:rsidP="007408D2">
            <w:pPr>
              <w:spacing w:before="20" w:after="20"/>
              <w:jc w:val="center"/>
              <w:rPr>
                <w:b/>
              </w:rPr>
            </w:pPr>
            <w:r w:rsidRPr="00FC7AC2">
              <w:rPr>
                <w:b/>
              </w:rPr>
              <w:t xml:space="preserve">Türk </w:t>
            </w:r>
            <w:proofErr w:type="spellStart"/>
            <w:r w:rsidRPr="00FC7AC2">
              <w:rPr>
                <w:b/>
              </w:rPr>
              <w:t>Sosyolojisi</w:t>
            </w:r>
            <w:proofErr w:type="spellEnd"/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76870C7" w14:textId="56C2B770" w:rsidR="00B5239D" w:rsidRDefault="00B5239D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  <w:r w:rsidR="00E25B19">
              <w:rPr>
                <w:sz w:val="17"/>
              </w:rPr>
              <w:t>5</w:t>
            </w:r>
            <w:r>
              <w:rPr>
                <w:sz w:val="17"/>
              </w:rPr>
              <w:t>.00</w:t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CBB6CFF" w14:textId="42ABA433" w:rsidR="00B5239D" w:rsidRDefault="00E25B19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A6</w:t>
            </w: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D5118EE" w14:textId="544681BD" w:rsidR="00B5239D" w:rsidRDefault="004863DC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DERS HOCASI</w:t>
            </w: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04AB18F" w14:textId="77777777" w:rsidR="00B5239D" w:rsidRDefault="00B5239D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3.sınıf</w:t>
            </w:r>
          </w:p>
          <w:p w14:paraId="7B360EF7" w14:textId="3C8A8C66" w:rsidR="00B5239D" w:rsidRDefault="00B5239D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2.sınıf</w:t>
            </w:r>
          </w:p>
        </w:tc>
      </w:tr>
      <w:tr w:rsidR="00D71C25" w14:paraId="789CD343" w14:textId="77777777" w:rsidTr="00E63920">
        <w:trPr>
          <w:cantSplit/>
          <w:jc w:val="center"/>
        </w:trPr>
        <w:tc>
          <w:tcPr>
            <w:tcW w:w="1276" w:type="dxa"/>
            <w:vMerge/>
            <w:tcMar>
              <w:top w:w="45" w:type="dxa"/>
              <w:left w:w="55" w:type="dxa"/>
              <w:bottom w:w="45" w:type="dxa"/>
              <w:right w:w="55" w:type="dxa"/>
            </w:tcMar>
            <w:textDirection w:val="tbRl"/>
            <w:vAlign w:val="center"/>
          </w:tcPr>
          <w:p w14:paraId="095DF36B" w14:textId="77777777" w:rsidR="00D71C25" w:rsidRDefault="00D71C25" w:rsidP="007408D2">
            <w:pPr>
              <w:jc w:val="center"/>
              <w:rPr>
                <w:b/>
                <w:sz w:val="16"/>
              </w:rPr>
            </w:pP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44FFF73" w14:textId="51B31CFE" w:rsidR="00D71C25" w:rsidRDefault="00D71C25" w:rsidP="007408D2">
            <w:pPr>
              <w:spacing w:before="20" w:after="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Klasik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Sosyoloji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Teorileri</w:t>
            </w:r>
            <w:proofErr w:type="spellEnd"/>
            <w:r>
              <w:rPr>
                <w:b/>
              </w:rPr>
              <w:t xml:space="preserve"> I</w:t>
            </w: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C07C5BB" w14:textId="7A7F31BF" w:rsidR="00D71C25" w:rsidRDefault="00D71C25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16.00</w:t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1396071" w14:textId="68037D18" w:rsidR="00D71C25" w:rsidRDefault="00D71C25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A6</w:t>
            </w: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13589CB" w14:textId="67633130" w:rsidR="00D71C25" w:rsidRDefault="00D71C25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DERS HOCASI</w:t>
            </w: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DF41A2B" w14:textId="67990DB4" w:rsidR="00D71C25" w:rsidRDefault="00D71C25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2. </w:t>
            </w:r>
            <w:proofErr w:type="spellStart"/>
            <w:r>
              <w:rPr>
                <w:sz w:val="17"/>
              </w:rPr>
              <w:t>sınıf</w:t>
            </w:r>
            <w:proofErr w:type="spellEnd"/>
          </w:p>
        </w:tc>
      </w:tr>
      <w:tr w:rsidR="00D71C25" w14:paraId="40493406" w14:textId="77777777" w:rsidTr="00E63920">
        <w:trPr>
          <w:cantSplit/>
          <w:jc w:val="center"/>
        </w:trPr>
        <w:tc>
          <w:tcPr>
            <w:tcW w:w="1276" w:type="dxa"/>
            <w:vMerge/>
            <w:tcMar>
              <w:top w:w="45" w:type="dxa"/>
              <w:left w:w="55" w:type="dxa"/>
              <w:bottom w:w="45" w:type="dxa"/>
              <w:right w:w="55" w:type="dxa"/>
            </w:tcMar>
            <w:textDirection w:val="tbRl"/>
            <w:vAlign w:val="center"/>
          </w:tcPr>
          <w:p w14:paraId="6917690F" w14:textId="77777777" w:rsidR="00D71C25" w:rsidRDefault="00D71C25" w:rsidP="007408D2">
            <w:pPr>
              <w:jc w:val="center"/>
              <w:rPr>
                <w:b/>
                <w:sz w:val="16"/>
              </w:rPr>
            </w:pP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2264EB3" w14:textId="75AFB3B7" w:rsidR="00D71C25" w:rsidRDefault="00D71C25" w:rsidP="007408D2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2A5F23B" w14:textId="030C916B" w:rsidR="00D71C25" w:rsidRDefault="00D71C25" w:rsidP="007408D2">
            <w:pPr>
              <w:spacing w:before="20" w:after="20"/>
              <w:jc w:val="center"/>
              <w:rPr>
                <w:sz w:val="17"/>
              </w:rPr>
            </w:pP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34AAD08" w14:textId="1268F801" w:rsidR="00D71C25" w:rsidRDefault="00D71C25" w:rsidP="007408D2">
            <w:pPr>
              <w:spacing w:before="20" w:after="20"/>
              <w:jc w:val="center"/>
              <w:rPr>
                <w:sz w:val="17"/>
              </w:rPr>
            </w:pP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2DCDF74" w14:textId="2E390CCE" w:rsidR="00D71C25" w:rsidRDefault="00D71C25" w:rsidP="007408D2">
            <w:pPr>
              <w:spacing w:before="20" w:after="20"/>
              <w:jc w:val="center"/>
              <w:rPr>
                <w:sz w:val="17"/>
              </w:rPr>
            </w:pP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E752CED" w14:textId="4076E298" w:rsidR="00D71C25" w:rsidRDefault="00D71C25" w:rsidP="007408D2">
            <w:pPr>
              <w:spacing w:before="20" w:after="20"/>
              <w:jc w:val="center"/>
              <w:rPr>
                <w:sz w:val="17"/>
              </w:rPr>
            </w:pPr>
          </w:p>
        </w:tc>
      </w:tr>
      <w:tr w:rsidR="0018250B" w14:paraId="5642E66A" w14:textId="77777777" w:rsidTr="00E63920">
        <w:trPr>
          <w:cantSplit/>
          <w:jc w:val="center"/>
        </w:trPr>
        <w:tc>
          <w:tcPr>
            <w:tcW w:w="1276" w:type="dxa"/>
            <w:tcMar>
              <w:top w:w="45" w:type="dxa"/>
              <w:left w:w="55" w:type="dxa"/>
              <w:bottom w:w="45" w:type="dxa"/>
              <w:right w:w="55" w:type="dxa"/>
            </w:tcMar>
            <w:textDirection w:val="tbRl"/>
            <w:vAlign w:val="center"/>
          </w:tcPr>
          <w:p w14:paraId="4B37FF41" w14:textId="77777777" w:rsidR="0018250B" w:rsidRDefault="0018250B" w:rsidP="007408D2">
            <w:pPr>
              <w:jc w:val="center"/>
              <w:rPr>
                <w:b/>
                <w:sz w:val="16"/>
              </w:rPr>
            </w:pP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E483BF4" w14:textId="77777777" w:rsidR="0018250B" w:rsidRDefault="0018250B" w:rsidP="007408D2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430C339" w14:textId="77777777" w:rsidR="0018250B" w:rsidRDefault="0018250B" w:rsidP="007408D2">
            <w:pPr>
              <w:spacing w:before="20" w:after="20"/>
              <w:jc w:val="center"/>
              <w:rPr>
                <w:sz w:val="17"/>
              </w:rPr>
            </w:pP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DBE5BC5" w14:textId="77777777" w:rsidR="0018250B" w:rsidRDefault="0018250B" w:rsidP="007408D2">
            <w:pPr>
              <w:spacing w:before="20" w:after="20"/>
              <w:jc w:val="center"/>
              <w:rPr>
                <w:sz w:val="17"/>
              </w:rPr>
            </w:pP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AD343FF" w14:textId="77777777" w:rsidR="0018250B" w:rsidRDefault="0018250B" w:rsidP="007408D2">
            <w:pPr>
              <w:spacing w:before="20" w:after="20"/>
              <w:jc w:val="center"/>
              <w:rPr>
                <w:sz w:val="17"/>
              </w:rPr>
            </w:pP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5E466A6" w14:textId="77777777" w:rsidR="0018250B" w:rsidRDefault="0018250B" w:rsidP="007408D2">
            <w:pPr>
              <w:spacing w:before="20" w:after="20"/>
              <w:jc w:val="center"/>
              <w:rPr>
                <w:sz w:val="17"/>
              </w:rPr>
            </w:pPr>
          </w:p>
        </w:tc>
      </w:tr>
      <w:tr w:rsidR="004863DC" w14:paraId="05E5C0CA" w14:textId="77777777" w:rsidTr="00E63920">
        <w:trPr>
          <w:cantSplit/>
          <w:jc w:val="center"/>
        </w:trPr>
        <w:tc>
          <w:tcPr>
            <w:tcW w:w="1276" w:type="dxa"/>
            <w:vMerge w:val="restart"/>
            <w:tcMar>
              <w:top w:w="45" w:type="dxa"/>
              <w:left w:w="55" w:type="dxa"/>
              <w:bottom w:w="45" w:type="dxa"/>
              <w:right w:w="55" w:type="dxa"/>
            </w:tcMar>
            <w:textDirection w:val="tbRl"/>
            <w:vAlign w:val="center"/>
          </w:tcPr>
          <w:p w14:paraId="74E6D656" w14:textId="3BAA762C" w:rsidR="004863DC" w:rsidRDefault="004863DC" w:rsidP="007408D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13.11.2026 C</w:t>
            </w:r>
            <w:r w:rsidR="007408D2">
              <w:rPr>
                <w:b/>
                <w:sz w:val="16"/>
              </w:rPr>
              <w:t>uma</w:t>
            </w: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6B99FF2" w14:textId="0B98FA56" w:rsidR="004863DC" w:rsidRDefault="004863DC" w:rsidP="007408D2">
            <w:pPr>
              <w:spacing w:before="20" w:after="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Sosyal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Psikoloji</w:t>
            </w:r>
            <w:proofErr w:type="spellEnd"/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A39E6C0" w14:textId="16281554" w:rsidR="004863DC" w:rsidRDefault="004863DC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09.00</w:t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A561371" w14:textId="0C979470" w:rsidR="004863DC" w:rsidRDefault="004863DC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A</w:t>
            </w:r>
            <w:r w:rsidR="00CA1177">
              <w:rPr>
                <w:sz w:val="17"/>
              </w:rPr>
              <w:t>5</w:t>
            </w: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33498AA" w14:textId="11D9FC5A" w:rsidR="004863DC" w:rsidRDefault="004863DC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DERS HOCASI</w:t>
            </w: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3D17798" w14:textId="3A26BC8B" w:rsidR="004863DC" w:rsidRDefault="004863DC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2. </w:t>
            </w:r>
            <w:proofErr w:type="spellStart"/>
            <w:r>
              <w:rPr>
                <w:sz w:val="17"/>
              </w:rPr>
              <w:t>sınıf</w:t>
            </w:r>
            <w:proofErr w:type="spellEnd"/>
          </w:p>
        </w:tc>
      </w:tr>
      <w:tr w:rsidR="004863DC" w14:paraId="6F83B6F8" w14:textId="77777777" w:rsidTr="00E63920">
        <w:trPr>
          <w:cantSplit/>
          <w:jc w:val="center"/>
        </w:trPr>
        <w:tc>
          <w:tcPr>
            <w:tcW w:w="1276" w:type="dxa"/>
            <w:vMerge/>
            <w:textDirection w:val="tbRl"/>
            <w:vAlign w:val="center"/>
          </w:tcPr>
          <w:p w14:paraId="0D6704DE" w14:textId="453E90B7" w:rsidR="004863DC" w:rsidRDefault="004863DC" w:rsidP="007408D2">
            <w:pPr>
              <w:jc w:val="center"/>
            </w:pP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4327710" w14:textId="537FB455" w:rsidR="004863DC" w:rsidRDefault="004863DC" w:rsidP="007408D2">
            <w:pPr>
              <w:spacing w:before="20" w:after="20"/>
              <w:jc w:val="center"/>
            </w:pPr>
            <w:proofErr w:type="spellStart"/>
            <w:r w:rsidRPr="00365D77">
              <w:rPr>
                <w:b/>
              </w:rPr>
              <w:t>Kurumlar</w:t>
            </w:r>
            <w:proofErr w:type="spellEnd"/>
            <w:r w:rsidRPr="00365D77">
              <w:rPr>
                <w:b/>
              </w:rPr>
              <w:t xml:space="preserve"> </w:t>
            </w:r>
            <w:proofErr w:type="spellStart"/>
            <w:r w:rsidRPr="00365D77">
              <w:rPr>
                <w:b/>
              </w:rPr>
              <w:t>Sosyolojisi</w:t>
            </w:r>
            <w:proofErr w:type="spellEnd"/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F0E866A" w14:textId="5E73A9F3" w:rsidR="004863DC" w:rsidRDefault="004863DC" w:rsidP="007408D2">
            <w:pPr>
              <w:spacing w:before="20" w:after="20"/>
              <w:jc w:val="center"/>
            </w:pPr>
            <w:r>
              <w:rPr>
                <w:sz w:val="17"/>
              </w:rPr>
              <w:t>10</w:t>
            </w:r>
            <w:r w:rsidRPr="00365D77">
              <w:rPr>
                <w:sz w:val="17"/>
              </w:rPr>
              <w:t>.00</w:t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B477609" w14:textId="4ADC9D9E" w:rsidR="004863DC" w:rsidRDefault="004863DC" w:rsidP="007408D2">
            <w:pPr>
              <w:spacing w:before="20" w:after="20"/>
              <w:jc w:val="center"/>
            </w:pPr>
            <w:r w:rsidRPr="00365D77">
              <w:rPr>
                <w:sz w:val="17"/>
              </w:rPr>
              <w:t>A</w:t>
            </w:r>
            <w:r w:rsidR="00CA1177">
              <w:rPr>
                <w:sz w:val="17"/>
              </w:rPr>
              <w:t>6</w:t>
            </w: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F8815D5" w14:textId="4FB880D6" w:rsidR="004863DC" w:rsidRDefault="004863DC" w:rsidP="007408D2">
            <w:pPr>
              <w:spacing w:before="20" w:after="20"/>
              <w:jc w:val="center"/>
            </w:pPr>
            <w:r w:rsidRPr="00365D77">
              <w:rPr>
                <w:sz w:val="17"/>
              </w:rPr>
              <w:t>DERS HOCASI</w:t>
            </w: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2BA48B2" w14:textId="7B6B0665" w:rsidR="004863DC" w:rsidRDefault="004863DC" w:rsidP="007408D2">
            <w:pPr>
              <w:spacing w:before="20" w:after="20"/>
              <w:jc w:val="center"/>
            </w:pPr>
            <w:r>
              <w:rPr>
                <w:sz w:val="17"/>
              </w:rPr>
              <w:t>1</w:t>
            </w:r>
            <w:r w:rsidRPr="00365D77">
              <w:rPr>
                <w:sz w:val="17"/>
              </w:rPr>
              <w:t xml:space="preserve">. </w:t>
            </w:r>
            <w:proofErr w:type="spellStart"/>
            <w:r w:rsidRPr="00365D77">
              <w:rPr>
                <w:sz w:val="17"/>
              </w:rPr>
              <w:t>sınıf</w:t>
            </w:r>
            <w:proofErr w:type="spellEnd"/>
          </w:p>
        </w:tc>
      </w:tr>
      <w:tr w:rsidR="004863DC" w:rsidRPr="004D37EB" w14:paraId="6D75B540" w14:textId="77777777" w:rsidTr="00E63920">
        <w:trPr>
          <w:cantSplit/>
          <w:jc w:val="center"/>
        </w:trPr>
        <w:tc>
          <w:tcPr>
            <w:tcW w:w="1276" w:type="dxa"/>
            <w:vMerge/>
            <w:vAlign w:val="center"/>
          </w:tcPr>
          <w:p w14:paraId="563BA2A2" w14:textId="77777777" w:rsidR="004863DC" w:rsidRDefault="004863DC" w:rsidP="007408D2">
            <w:pPr>
              <w:jc w:val="center"/>
            </w:pP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DAFF30" w14:textId="59F4569E" w:rsidR="004863DC" w:rsidRPr="004D37EB" w:rsidRDefault="007D7AC6" w:rsidP="007408D2">
            <w:pPr>
              <w:spacing w:before="20" w:after="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Toplumsal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Cin</w:t>
            </w:r>
            <w:r w:rsidR="004863DC">
              <w:rPr>
                <w:b/>
              </w:rPr>
              <w:t>siyet</w:t>
            </w:r>
            <w:proofErr w:type="spellEnd"/>
            <w:r w:rsidR="004863DC">
              <w:rPr>
                <w:b/>
              </w:rPr>
              <w:t xml:space="preserve"> </w:t>
            </w:r>
            <w:proofErr w:type="spellStart"/>
            <w:r w:rsidR="004863DC">
              <w:rPr>
                <w:b/>
              </w:rPr>
              <w:t>Sosyolojisi</w:t>
            </w:r>
            <w:proofErr w:type="spellEnd"/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47CA237" w14:textId="71EB3B50" w:rsidR="004863DC" w:rsidRPr="004D37EB" w:rsidRDefault="004863DC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11.00</w:t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C67E04A" w14:textId="0E09099D" w:rsidR="004863DC" w:rsidRPr="004D37EB" w:rsidRDefault="004863DC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A6</w:t>
            </w: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814353A" w14:textId="71F298F9" w:rsidR="004863DC" w:rsidRPr="004D37EB" w:rsidRDefault="004863DC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DERS HOCASI</w:t>
            </w: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A4AAA58" w14:textId="035F902B" w:rsidR="004863DC" w:rsidRPr="004D37EB" w:rsidRDefault="004863DC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3. </w:t>
            </w:r>
            <w:proofErr w:type="spellStart"/>
            <w:r>
              <w:rPr>
                <w:sz w:val="17"/>
              </w:rPr>
              <w:t>sınıf</w:t>
            </w:r>
            <w:proofErr w:type="spellEnd"/>
          </w:p>
        </w:tc>
      </w:tr>
      <w:tr w:rsidR="004863DC" w:rsidRPr="004D37EB" w14:paraId="28E8AAA5" w14:textId="77777777" w:rsidTr="00E63920">
        <w:trPr>
          <w:cantSplit/>
          <w:jc w:val="center"/>
        </w:trPr>
        <w:tc>
          <w:tcPr>
            <w:tcW w:w="1276" w:type="dxa"/>
            <w:vMerge/>
            <w:vAlign w:val="center"/>
          </w:tcPr>
          <w:p w14:paraId="7D6E4BE6" w14:textId="77777777" w:rsidR="004863DC" w:rsidRDefault="004863DC" w:rsidP="007408D2">
            <w:pPr>
              <w:jc w:val="center"/>
            </w:pP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B62AE38" w14:textId="198EE6DB" w:rsidR="004863DC" w:rsidRPr="004D37EB" w:rsidRDefault="004863DC" w:rsidP="007408D2">
            <w:pPr>
              <w:spacing w:before="20" w:after="20"/>
              <w:jc w:val="center"/>
              <w:rPr>
                <w:b/>
              </w:rPr>
            </w:pPr>
            <w:r w:rsidRPr="004D37EB">
              <w:rPr>
                <w:b/>
              </w:rPr>
              <w:t xml:space="preserve">Kır </w:t>
            </w:r>
            <w:proofErr w:type="spellStart"/>
            <w:r w:rsidRPr="004D37EB">
              <w:rPr>
                <w:b/>
              </w:rPr>
              <w:t>Sosyolojisi</w:t>
            </w:r>
            <w:proofErr w:type="spellEnd"/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3C250F7" w14:textId="4B049259" w:rsidR="004863DC" w:rsidRPr="004D37EB" w:rsidRDefault="004863DC" w:rsidP="007408D2">
            <w:pPr>
              <w:spacing w:before="20" w:after="20"/>
              <w:jc w:val="center"/>
              <w:rPr>
                <w:sz w:val="17"/>
              </w:rPr>
            </w:pPr>
            <w:r w:rsidRPr="004D37EB">
              <w:rPr>
                <w:sz w:val="17"/>
              </w:rPr>
              <w:t>1</w:t>
            </w:r>
            <w:r>
              <w:rPr>
                <w:sz w:val="17"/>
              </w:rPr>
              <w:t>3</w:t>
            </w:r>
            <w:r w:rsidRPr="004D37EB">
              <w:rPr>
                <w:sz w:val="17"/>
              </w:rPr>
              <w:t>.00</w:t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0A8FD88" w14:textId="400171FF" w:rsidR="004863DC" w:rsidRPr="004D37EB" w:rsidRDefault="004863DC" w:rsidP="007408D2">
            <w:pPr>
              <w:spacing w:before="20" w:after="20"/>
              <w:jc w:val="center"/>
              <w:rPr>
                <w:sz w:val="17"/>
              </w:rPr>
            </w:pPr>
            <w:r w:rsidRPr="004D37EB">
              <w:rPr>
                <w:sz w:val="17"/>
              </w:rPr>
              <w:t>A5</w:t>
            </w: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E13102A" w14:textId="6C88DDF4" w:rsidR="004863DC" w:rsidRPr="004D37EB" w:rsidRDefault="004863DC" w:rsidP="007408D2">
            <w:pPr>
              <w:spacing w:before="20" w:after="20"/>
              <w:jc w:val="center"/>
              <w:rPr>
                <w:sz w:val="17"/>
              </w:rPr>
            </w:pPr>
            <w:r w:rsidRPr="004D37EB">
              <w:rPr>
                <w:sz w:val="17"/>
              </w:rPr>
              <w:t>DERS HOCASI</w:t>
            </w: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C5FF938" w14:textId="6E6D5423" w:rsidR="004863DC" w:rsidRPr="004D37EB" w:rsidRDefault="004863DC" w:rsidP="007408D2">
            <w:pPr>
              <w:spacing w:before="20" w:after="20"/>
              <w:jc w:val="center"/>
              <w:rPr>
                <w:sz w:val="17"/>
              </w:rPr>
            </w:pPr>
            <w:r w:rsidRPr="004D37EB">
              <w:rPr>
                <w:sz w:val="17"/>
              </w:rPr>
              <w:t xml:space="preserve">2. </w:t>
            </w:r>
            <w:proofErr w:type="spellStart"/>
            <w:r w:rsidRPr="004D37EB">
              <w:rPr>
                <w:sz w:val="17"/>
              </w:rPr>
              <w:t>sınıf</w:t>
            </w:r>
            <w:proofErr w:type="spellEnd"/>
          </w:p>
        </w:tc>
      </w:tr>
      <w:tr w:rsidR="0018250B" w14:paraId="4192D1B0" w14:textId="77777777" w:rsidTr="00E63920">
        <w:trPr>
          <w:cantSplit/>
          <w:jc w:val="center"/>
        </w:trPr>
        <w:tc>
          <w:tcPr>
            <w:tcW w:w="1276" w:type="dxa"/>
            <w:vMerge/>
            <w:vAlign w:val="center"/>
          </w:tcPr>
          <w:p w14:paraId="0092458F" w14:textId="77777777" w:rsidR="0018250B" w:rsidRDefault="0018250B" w:rsidP="007408D2">
            <w:pPr>
              <w:jc w:val="center"/>
            </w:pP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6833DF8" w14:textId="05C6FA70" w:rsidR="0018250B" w:rsidRDefault="0018250B" w:rsidP="007408D2">
            <w:pPr>
              <w:spacing w:before="20" w:after="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Gelişim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Psikolojisi</w:t>
            </w:r>
            <w:proofErr w:type="spellEnd"/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3ECFD5A" w14:textId="3D825FC6" w:rsidR="0018250B" w:rsidRDefault="0018250B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14.00</w:t>
            </w: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5C05C1E" w14:textId="4DA102E9" w:rsidR="0018250B" w:rsidRDefault="0018250B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A5</w:t>
            </w: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F9ADB12" w14:textId="34F97F62" w:rsidR="0018250B" w:rsidRDefault="0018250B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>DERS HOCASI</w:t>
            </w: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2D2F1CC" w14:textId="6298AB2A" w:rsidR="0018250B" w:rsidRDefault="0018250B" w:rsidP="007408D2">
            <w:pPr>
              <w:spacing w:before="20" w:after="20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3. </w:t>
            </w:r>
            <w:proofErr w:type="spellStart"/>
            <w:r>
              <w:rPr>
                <w:sz w:val="17"/>
              </w:rPr>
              <w:t>sınıf</w:t>
            </w:r>
            <w:proofErr w:type="spellEnd"/>
          </w:p>
        </w:tc>
      </w:tr>
      <w:tr w:rsidR="0018250B" w14:paraId="0450F146" w14:textId="77777777" w:rsidTr="00E63920">
        <w:trPr>
          <w:cantSplit/>
          <w:jc w:val="center"/>
        </w:trPr>
        <w:tc>
          <w:tcPr>
            <w:tcW w:w="1276" w:type="dxa"/>
            <w:vMerge/>
            <w:vAlign w:val="center"/>
          </w:tcPr>
          <w:p w14:paraId="7A8FC75C" w14:textId="77777777" w:rsidR="0018250B" w:rsidRDefault="0018250B" w:rsidP="007408D2">
            <w:pPr>
              <w:jc w:val="center"/>
            </w:pPr>
          </w:p>
        </w:tc>
        <w:tc>
          <w:tcPr>
            <w:tcW w:w="43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8E020AF" w14:textId="77777777" w:rsidR="0018250B" w:rsidRDefault="0018250B" w:rsidP="007408D2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1134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952DAFA" w14:textId="77777777" w:rsidR="0018250B" w:rsidRDefault="0018250B" w:rsidP="007408D2">
            <w:pPr>
              <w:spacing w:before="20" w:after="20"/>
              <w:jc w:val="center"/>
              <w:rPr>
                <w:sz w:val="17"/>
              </w:rPr>
            </w:pPr>
          </w:p>
        </w:tc>
        <w:tc>
          <w:tcPr>
            <w:tcW w:w="170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AA776F9" w14:textId="77777777" w:rsidR="0018250B" w:rsidRDefault="0018250B" w:rsidP="007408D2">
            <w:pPr>
              <w:spacing w:before="20" w:after="20"/>
              <w:jc w:val="center"/>
              <w:rPr>
                <w:sz w:val="17"/>
              </w:rPr>
            </w:pPr>
          </w:p>
        </w:tc>
        <w:tc>
          <w:tcPr>
            <w:tcW w:w="46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58BF33D" w14:textId="77777777" w:rsidR="0018250B" w:rsidRDefault="0018250B" w:rsidP="007408D2">
            <w:pPr>
              <w:spacing w:before="20" w:after="20"/>
              <w:jc w:val="center"/>
              <w:rPr>
                <w:sz w:val="17"/>
              </w:rPr>
            </w:pPr>
          </w:p>
        </w:tc>
        <w:tc>
          <w:tcPr>
            <w:tcW w:w="1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4FF619E" w14:textId="77777777" w:rsidR="0018250B" w:rsidRDefault="0018250B" w:rsidP="007408D2">
            <w:pPr>
              <w:spacing w:before="20" w:after="20"/>
              <w:jc w:val="center"/>
              <w:rPr>
                <w:sz w:val="17"/>
              </w:rPr>
            </w:pPr>
          </w:p>
        </w:tc>
      </w:tr>
    </w:tbl>
    <w:p w14:paraId="4E273091" w14:textId="77777777" w:rsidR="00FA680C" w:rsidRDefault="00FA680C"/>
    <w:p w14:paraId="6D51EB40" w14:textId="55D53682" w:rsidR="00396296" w:rsidRPr="00396296" w:rsidRDefault="00396296" w:rsidP="00396296">
      <w:pPr>
        <w:jc w:val="right"/>
        <w:rPr>
          <w:b/>
          <w:bCs/>
          <w:sz w:val="24"/>
          <w:szCs w:val="24"/>
        </w:rPr>
      </w:pPr>
      <w:r w:rsidRPr="00396296">
        <w:rPr>
          <w:b/>
          <w:bCs/>
          <w:sz w:val="24"/>
          <w:szCs w:val="24"/>
        </w:rPr>
        <w:t>BÖLÜM BAŞKANI: DOÇ. DR. MEHMET TAN</w:t>
      </w:r>
    </w:p>
    <w:sectPr w:rsidR="00396296" w:rsidRPr="00396296" w:rsidSect="00034616">
      <w:pgSz w:w="16848" w:h="11952" w:orient="landscape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1278511">
    <w:abstractNumId w:val="8"/>
  </w:num>
  <w:num w:numId="2" w16cid:durableId="44183004">
    <w:abstractNumId w:val="6"/>
  </w:num>
  <w:num w:numId="3" w16cid:durableId="1879971592">
    <w:abstractNumId w:val="5"/>
  </w:num>
  <w:num w:numId="4" w16cid:durableId="1530335064">
    <w:abstractNumId w:val="4"/>
  </w:num>
  <w:num w:numId="5" w16cid:durableId="949976508">
    <w:abstractNumId w:val="7"/>
  </w:num>
  <w:num w:numId="6" w16cid:durableId="1256480015">
    <w:abstractNumId w:val="3"/>
  </w:num>
  <w:num w:numId="7" w16cid:durableId="1688680847">
    <w:abstractNumId w:val="2"/>
  </w:num>
  <w:num w:numId="8" w16cid:durableId="1400982689">
    <w:abstractNumId w:val="1"/>
  </w:num>
  <w:num w:numId="9" w16cid:durableId="16127845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6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5D27"/>
    <w:rsid w:val="00037FD2"/>
    <w:rsid w:val="0006063C"/>
    <w:rsid w:val="000759D7"/>
    <w:rsid w:val="00075D6A"/>
    <w:rsid w:val="0008706C"/>
    <w:rsid w:val="00087893"/>
    <w:rsid w:val="00091EA6"/>
    <w:rsid w:val="000A3927"/>
    <w:rsid w:val="000C0056"/>
    <w:rsid w:val="000E2461"/>
    <w:rsid w:val="000E708F"/>
    <w:rsid w:val="000F078D"/>
    <w:rsid w:val="001305CB"/>
    <w:rsid w:val="00132B73"/>
    <w:rsid w:val="00144554"/>
    <w:rsid w:val="0015074B"/>
    <w:rsid w:val="0018250B"/>
    <w:rsid w:val="001A162F"/>
    <w:rsid w:val="001B134F"/>
    <w:rsid w:val="001C04AD"/>
    <w:rsid w:val="001C04B5"/>
    <w:rsid w:val="001F6E7A"/>
    <w:rsid w:val="00200907"/>
    <w:rsid w:val="00206532"/>
    <w:rsid w:val="00207759"/>
    <w:rsid w:val="0022070C"/>
    <w:rsid w:val="00221405"/>
    <w:rsid w:val="0022661A"/>
    <w:rsid w:val="00230E2E"/>
    <w:rsid w:val="00237D2B"/>
    <w:rsid w:val="00250D57"/>
    <w:rsid w:val="00255029"/>
    <w:rsid w:val="002677BB"/>
    <w:rsid w:val="002706FA"/>
    <w:rsid w:val="002813C8"/>
    <w:rsid w:val="0029639D"/>
    <w:rsid w:val="002B68B5"/>
    <w:rsid w:val="002C1401"/>
    <w:rsid w:val="002C3DE1"/>
    <w:rsid w:val="002D743C"/>
    <w:rsid w:val="002D7FDE"/>
    <w:rsid w:val="002E6DBF"/>
    <w:rsid w:val="00325A14"/>
    <w:rsid w:val="00326F90"/>
    <w:rsid w:val="00334D0C"/>
    <w:rsid w:val="00365D77"/>
    <w:rsid w:val="003813AA"/>
    <w:rsid w:val="00381B82"/>
    <w:rsid w:val="00396296"/>
    <w:rsid w:val="00396A7B"/>
    <w:rsid w:val="003C6466"/>
    <w:rsid w:val="003E2873"/>
    <w:rsid w:val="003F1C5D"/>
    <w:rsid w:val="00401D9E"/>
    <w:rsid w:val="00436429"/>
    <w:rsid w:val="00436A73"/>
    <w:rsid w:val="004638F5"/>
    <w:rsid w:val="004863DC"/>
    <w:rsid w:val="00495F81"/>
    <w:rsid w:val="004B05AF"/>
    <w:rsid w:val="004D37EB"/>
    <w:rsid w:val="004E4812"/>
    <w:rsid w:val="00513075"/>
    <w:rsid w:val="005328C6"/>
    <w:rsid w:val="00536129"/>
    <w:rsid w:val="005376EF"/>
    <w:rsid w:val="00546CBC"/>
    <w:rsid w:val="00572FBA"/>
    <w:rsid w:val="00573F2F"/>
    <w:rsid w:val="005B1DA1"/>
    <w:rsid w:val="005E6CB2"/>
    <w:rsid w:val="005F08DB"/>
    <w:rsid w:val="005F24D8"/>
    <w:rsid w:val="005F73D9"/>
    <w:rsid w:val="00610180"/>
    <w:rsid w:val="0065400F"/>
    <w:rsid w:val="006765A0"/>
    <w:rsid w:val="006933CC"/>
    <w:rsid w:val="006B1FE1"/>
    <w:rsid w:val="006B6242"/>
    <w:rsid w:val="006B6C4C"/>
    <w:rsid w:val="006F1F1A"/>
    <w:rsid w:val="00701CEA"/>
    <w:rsid w:val="007060AD"/>
    <w:rsid w:val="00717788"/>
    <w:rsid w:val="00740367"/>
    <w:rsid w:val="007408D2"/>
    <w:rsid w:val="00750E42"/>
    <w:rsid w:val="00783917"/>
    <w:rsid w:val="0079280E"/>
    <w:rsid w:val="00794974"/>
    <w:rsid w:val="007A0FF6"/>
    <w:rsid w:val="007C05B4"/>
    <w:rsid w:val="007C788E"/>
    <w:rsid w:val="007D114E"/>
    <w:rsid w:val="007D7AC6"/>
    <w:rsid w:val="007E7B97"/>
    <w:rsid w:val="00833645"/>
    <w:rsid w:val="00850984"/>
    <w:rsid w:val="0087470B"/>
    <w:rsid w:val="00880205"/>
    <w:rsid w:val="0088026A"/>
    <w:rsid w:val="0088087D"/>
    <w:rsid w:val="008832CD"/>
    <w:rsid w:val="008A2CB8"/>
    <w:rsid w:val="008B703F"/>
    <w:rsid w:val="008D30CE"/>
    <w:rsid w:val="008E09B8"/>
    <w:rsid w:val="00912803"/>
    <w:rsid w:val="00916207"/>
    <w:rsid w:val="00922080"/>
    <w:rsid w:val="00926931"/>
    <w:rsid w:val="009271D7"/>
    <w:rsid w:val="00940F0A"/>
    <w:rsid w:val="00947504"/>
    <w:rsid w:val="00956C49"/>
    <w:rsid w:val="00961A4E"/>
    <w:rsid w:val="0096491F"/>
    <w:rsid w:val="00972A37"/>
    <w:rsid w:val="009D399D"/>
    <w:rsid w:val="009F2659"/>
    <w:rsid w:val="009F284B"/>
    <w:rsid w:val="00A17AD1"/>
    <w:rsid w:val="00A379E7"/>
    <w:rsid w:val="00A56C97"/>
    <w:rsid w:val="00A75761"/>
    <w:rsid w:val="00A8325E"/>
    <w:rsid w:val="00A90D13"/>
    <w:rsid w:val="00A92926"/>
    <w:rsid w:val="00A94D25"/>
    <w:rsid w:val="00AA1D8D"/>
    <w:rsid w:val="00AA6F14"/>
    <w:rsid w:val="00AA7BD2"/>
    <w:rsid w:val="00AB4E25"/>
    <w:rsid w:val="00AF07A6"/>
    <w:rsid w:val="00B401CB"/>
    <w:rsid w:val="00B4571A"/>
    <w:rsid w:val="00B47730"/>
    <w:rsid w:val="00B47A1D"/>
    <w:rsid w:val="00B5221E"/>
    <w:rsid w:val="00B5239D"/>
    <w:rsid w:val="00B707BC"/>
    <w:rsid w:val="00B8127A"/>
    <w:rsid w:val="00BB5356"/>
    <w:rsid w:val="00BF3D65"/>
    <w:rsid w:val="00C12B8E"/>
    <w:rsid w:val="00C20C76"/>
    <w:rsid w:val="00C32F15"/>
    <w:rsid w:val="00C44132"/>
    <w:rsid w:val="00C767EC"/>
    <w:rsid w:val="00C91FB3"/>
    <w:rsid w:val="00C97169"/>
    <w:rsid w:val="00CA1177"/>
    <w:rsid w:val="00CA1B41"/>
    <w:rsid w:val="00CB0664"/>
    <w:rsid w:val="00CB1E66"/>
    <w:rsid w:val="00CB32DB"/>
    <w:rsid w:val="00CB3DBB"/>
    <w:rsid w:val="00CC1614"/>
    <w:rsid w:val="00D0300C"/>
    <w:rsid w:val="00D04BF2"/>
    <w:rsid w:val="00D15572"/>
    <w:rsid w:val="00D23E19"/>
    <w:rsid w:val="00D274FD"/>
    <w:rsid w:val="00D427A4"/>
    <w:rsid w:val="00D47450"/>
    <w:rsid w:val="00D60AEF"/>
    <w:rsid w:val="00D71C25"/>
    <w:rsid w:val="00D879FC"/>
    <w:rsid w:val="00DA66B0"/>
    <w:rsid w:val="00DA7918"/>
    <w:rsid w:val="00DD3095"/>
    <w:rsid w:val="00E04642"/>
    <w:rsid w:val="00E17C88"/>
    <w:rsid w:val="00E25B19"/>
    <w:rsid w:val="00E25FFE"/>
    <w:rsid w:val="00E61C6E"/>
    <w:rsid w:val="00E63920"/>
    <w:rsid w:val="00E72233"/>
    <w:rsid w:val="00E869BF"/>
    <w:rsid w:val="00E87C8D"/>
    <w:rsid w:val="00EB09F6"/>
    <w:rsid w:val="00F27600"/>
    <w:rsid w:val="00F76074"/>
    <w:rsid w:val="00FA00EE"/>
    <w:rsid w:val="00FA680C"/>
    <w:rsid w:val="00FC693F"/>
    <w:rsid w:val="00FC7AC2"/>
    <w:rsid w:val="00FF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918D3C"/>
  <w14:defaultImageDpi w14:val="300"/>
  <w15:docId w15:val="{AA05DE83-C890-2448-8957-77F08220A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A1D"/>
    <w:rPr>
      <w:rFonts w:ascii="Times New Roman" w:eastAsia="Times New Roman" w:hAnsi="Times New Roman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3</Pages>
  <Words>394</Words>
  <Characters>2248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ELİF KAŞIK</cp:lastModifiedBy>
  <cp:revision>28</cp:revision>
  <dcterms:created xsi:type="dcterms:W3CDTF">2013-12-23T23:15:00Z</dcterms:created>
  <dcterms:modified xsi:type="dcterms:W3CDTF">2026-11-02T11:14:00Z</dcterms:modified>
  <cp:category/>
</cp:coreProperties>
</file>